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Profile Transformation Worksheet</w:t>
      </w:r>
    </w:p>
    <w:p>
      <w:pPr>
        <w:jc w:val="center"/>
      </w:pPr>
      <w:r>
        <w:rPr>
          <w:i/>
          <w:sz w:val="20"/>
        </w:rPr>
        <w:t>Turn your current LinkedIn profile into a focused professional profile.</w:t>
      </w:r>
    </w:p>
    <w:p>
      <w:r>
        <w:rPr>
          <w:b/>
          <w:sz w:val="28"/>
        </w:rPr>
        <w:t>Step 1 — Define Your Positioning</w:t>
      </w:r>
    </w:p>
    <w:p>
      <w:r>
        <w:rPr>
          <w:b/>
        </w:rPr>
        <w:t>Target role: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Core professional identity: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Who I want to help: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Problems I can help solve: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Top 5 keywords: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8"/>
        </w:rPr>
        <w:t>Step 2 — Profile Transformation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Section</w:t>
            </w:r>
          </w:p>
        </w:tc>
        <w:tc>
          <w:tcPr>
            <w:tcW w:type="dxa" w:w="2592"/>
          </w:tcPr>
          <w:p>
            <w:r>
              <w:t>Current / Problem</w:t>
            </w:r>
          </w:p>
        </w:tc>
        <w:tc>
          <w:tcPr>
            <w:tcW w:type="dxa" w:w="2592"/>
          </w:tcPr>
          <w:p>
            <w:r>
              <w:t>What Needs to Change</w:t>
            </w:r>
          </w:p>
        </w:tc>
        <w:tc>
          <w:tcPr>
            <w:tcW w:type="dxa" w:w="2592"/>
          </w:tcPr>
          <w:p>
            <w:r>
              <w:t>New Version</w:t>
            </w:r>
          </w:p>
        </w:tc>
      </w:tr>
      <w:tr>
        <w:tc>
          <w:tcPr>
            <w:tcW w:type="dxa" w:w="2592"/>
          </w:tcPr>
          <w:p>
            <w:r>
              <w:t>Headline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About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Experience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Skills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Featured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>
      <w:r>
        <w:rPr>
          <w:b/>
          <w:sz w:val="28"/>
        </w:rPr>
        <w:t>Step 3 — Positioning Statement</w:t>
      </w:r>
    </w:p>
    <w:p>
      <w:r>
        <w:t>I want someone who visits my profile to immediately understand that I am a __________ who helps __________ achieve __________ through __________.</w:t>
      </w:r>
    </w:p>
    <w:p>
      <w:r>
        <w:rPr>
          <w:b/>
        </w:rPr>
        <w:t>My completed positioning statement: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8"/>
        </w:rPr>
        <w:t>Step 4 — Profile CTA</w:t>
      </w:r>
    </w:p>
    <w:p>
      <w:r>
        <w:rPr>
          <w:b/>
        </w:rPr>
        <w:t>If you are looking for someone who can __________, I’d be happy to connect.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8"/>
        </w:rPr>
        <w:t>Step 5 — Final Profile Check</w:t>
      </w:r>
    </w:p>
    <w:p>
      <w:pPr>
        <w:pStyle w:val="ListBullet"/>
      </w:pPr>
      <w:r>
        <w:t>Headline updated</w:t>
      </w:r>
    </w:p>
    <w:p>
      <w:pPr>
        <w:pStyle w:val="ListBullet"/>
      </w:pPr>
      <w:r>
        <w:t>About updated</w:t>
      </w:r>
    </w:p>
    <w:p>
      <w:pPr>
        <w:pStyle w:val="ListBullet"/>
      </w:pPr>
      <w:r>
        <w:t>Experience reviewed</w:t>
      </w:r>
    </w:p>
    <w:p>
      <w:pPr>
        <w:pStyle w:val="ListBullet"/>
      </w:pPr>
      <w:r>
        <w:t>Skills updated</w:t>
      </w:r>
    </w:p>
    <w:p>
      <w:pPr>
        <w:pStyle w:val="ListBullet"/>
      </w:pPr>
      <w:r>
        <w:t>Keywords incorporated naturally</w:t>
      </w:r>
    </w:p>
    <w:p>
      <w:pPr>
        <w:pStyle w:val="ListBullet"/>
      </w:pPr>
      <w:r>
        <w:t>Photo reviewed</w:t>
      </w:r>
    </w:p>
    <w:p>
      <w:pPr>
        <w:pStyle w:val="ListBullet"/>
      </w:pPr>
      <w:r>
        <w:t>Banner reviewed</w:t>
      </w:r>
    </w:p>
    <w:p>
      <w:pPr>
        <w:pStyle w:val="ListBullet"/>
      </w:pPr>
      <w:r>
        <w:t>Featured reviewed</w:t>
      </w:r>
    </w:p>
    <w:p>
      <w:pPr>
        <w:pStyle w:val="ListBullet"/>
      </w:pPr>
      <w:r>
        <w:t>Contact information checked</w:t>
      </w:r>
    </w:p>
    <w:p>
      <w:pPr>
        <w:pStyle w:val="ListBullet"/>
      </w:pPr>
      <w:r>
        <w:t>Profile URL checked</w:t>
      </w:r>
    </w:p>
    <w:p>
      <w:pPr>
        <w:pStyle w:val="ListBullet"/>
      </w:pPr>
      <w:r>
        <w:t>Profile is consistent with my CV</w:t>
      </w:r>
    </w:p>
    <w:p>
      <w:r>
        <w:rPr>
          <w:b/>
          <w:sz w:val="28"/>
        </w:rPr>
        <w:t>My Next Action</w:t>
      </w:r>
    </w:p>
    <w:p>
      <w:r>
        <w:rPr>
          <w:b/>
        </w:rPr>
        <w:t>One thing I will improve after completing this worksheet:</w:t>
      </w:r>
    </w:p>
    <w:p>
      <w: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