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10 | Referral Strategy Guide</w:t>
      </w:r>
    </w:p>
    <w:p>
      <w:pPr>
        <w:jc w:val="center"/>
      </w:pPr>
      <w:r>
        <w:rPr>
          <w:i/>
          <w:color w:val="666666"/>
          <w:sz w:val="20"/>
        </w:rPr>
        <w:t>Turn relationships into opportunity access—without making people feel used.</w:t>
      </w:r>
    </w:p>
    <w:p>
      <w:pPr>
        <w:pStyle w:val="Heading1"/>
      </w:pPr>
      <w:r>
        <w:rPr>
          <w:color w:val="6C3FC5"/>
        </w:rPr>
        <w:t>Day 10 Mission</w:t>
      </w:r>
    </w:p>
    <w:p>
      <w:r>
        <w:t>A referral is not simply asking someone to 'help you get a job.' It is making it easy for a relevant person to understand your target, your value and the specific introduction or information that could help.</w:t>
      </w:r>
    </w:p>
    <w:p>
      <w:pPr>
        <w:pStyle w:val="Heading1"/>
      </w:pPr>
      <w:r>
        <w:rPr>
          <w:color w:val="6C3FC5"/>
        </w:rPr>
        <w:t>The Referral Readiness Test</w:t>
      </w:r>
    </w:p>
    <w:p>
      <w:pPr>
        <w:pStyle w:val="ListBullet"/>
      </w:pPr>
      <w:r>
        <w:t>Your target role is clear.</w:t>
      </w:r>
    </w:p>
    <w:p>
      <w:pPr>
        <w:pStyle w:val="ListBullet"/>
      </w:pPr>
      <w:r>
        <w:t>Your CV/LinkedIn profile is ready.</w:t>
      </w:r>
    </w:p>
    <w:p>
      <w:pPr>
        <w:pStyle w:val="ListBullet"/>
      </w:pPr>
      <w:r>
        <w:t>You can explain what you do in one or two sentences.</w:t>
      </w:r>
    </w:p>
    <w:p>
      <w:pPr>
        <w:pStyle w:val="ListBullet"/>
      </w:pPr>
      <w:r>
        <w:t>You have evidence of relevant capability.</w:t>
      </w:r>
    </w:p>
    <w:p>
      <w:pPr>
        <w:pStyle w:val="ListBullet"/>
      </w:pPr>
      <w:r>
        <w:t>You know the type of opportunity or person you are looking for.</w:t>
      </w:r>
    </w:p>
    <w:p>
      <w:pPr>
        <w:pStyle w:val="ListBullet"/>
      </w:pPr>
      <w:r>
        <w:t>You can make a specific, reasonable ask.</w:t>
      </w:r>
    </w:p>
    <w:p>
      <w:pPr>
        <w:pStyle w:val="Heading1"/>
      </w:pPr>
      <w:r>
        <w:rPr>
          <w:color w:val="6C3FC5"/>
        </w:rPr>
        <w:t>The Referral Ladder</w:t>
      </w:r>
    </w:p>
    <w:p>
      <w:r>
        <w:t>CONTEXT → VALUE → SPECIFIC ASK → EASY NEXT STEP → THANK → FOLLOW UP</w:t>
      </w:r>
    </w:p>
    <w:p>
      <w:pPr>
        <w:pStyle w:val="Heading1"/>
      </w:pPr>
      <w:r>
        <w:rPr>
          <w:color w:val="6C3FC5"/>
        </w:rPr>
        <w:t>Types of Referral Conversations</w:t>
      </w:r>
    </w:p>
    <w:p>
      <w:pPr>
        <w:pStyle w:val="ListBullet"/>
      </w:pPr>
      <w:r>
        <w:t>Information referral — asking who to speak with or where to learn more.</w:t>
      </w:r>
    </w:p>
    <w:p>
      <w:pPr>
        <w:pStyle w:val="ListBullet"/>
      </w:pPr>
      <w:r>
        <w:t>Introduction referral — asking to be introduced to a relevant professional.</w:t>
      </w:r>
    </w:p>
    <w:p>
      <w:pPr>
        <w:pStyle w:val="ListBullet"/>
      </w:pPr>
      <w:r>
        <w:t>Opportunity referral — asking to be considered for a specific opening.</w:t>
      </w:r>
    </w:p>
    <w:p>
      <w:pPr>
        <w:pStyle w:val="ListBullet"/>
      </w:pPr>
      <w:r>
        <w:t>Advice referral — asking for guidance from someone with relevant experience.</w:t>
      </w:r>
    </w:p>
    <w:p>
      <w:pPr>
        <w:pStyle w:val="Heading1"/>
      </w:pPr>
      <w:r>
        <w:rPr>
          <w:color w:val="6C3FC5"/>
        </w:rPr>
        <w:t>Good Referral Requests Are</w:t>
      </w:r>
    </w:p>
    <w:p>
      <w:pPr>
        <w:pStyle w:val="ListBullet"/>
      </w:pPr>
      <w:r>
        <w:t>Specific</w:t>
      </w:r>
    </w:p>
    <w:p>
      <w:pPr>
        <w:pStyle w:val="ListBullet"/>
      </w:pPr>
      <w:r>
        <w:t>Personalised</w:t>
      </w:r>
    </w:p>
    <w:p>
      <w:pPr>
        <w:pStyle w:val="ListBullet"/>
      </w:pPr>
      <w:r>
        <w:t>Easy to understand</w:t>
      </w:r>
    </w:p>
    <w:p>
      <w:pPr>
        <w:pStyle w:val="ListBullet"/>
      </w:pPr>
      <w:r>
        <w:t>Respectful of the person's time</w:t>
      </w:r>
    </w:p>
    <w:p>
      <w:pPr>
        <w:pStyle w:val="ListBullet"/>
      </w:pPr>
      <w:r>
        <w:t>Supported by evidence</w:t>
      </w:r>
    </w:p>
    <w:p>
      <w:pPr>
        <w:pStyle w:val="ListBullet"/>
      </w:pPr>
      <w:r>
        <w:t>Easy to decline without pressure</w:t>
      </w:r>
    </w:p>
    <w:p>
      <w:pPr>
        <w:pStyle w:val="Heading1"/>
      </w:pPr>
      <w:r>
        <w:rPr>
          <w:color w:val="6C3FC5"/>
        </w:rPr>
        <w:t>Avoid</w:t>
      </w:r>
    </w:p>
    <w:p>
      <w:pPr>
        <w:pStyle w:val="ListBullet"/>
      </w:pPr>
      <w:r>
        <w:t>Mass-copying the same request</w:t>
      </w:r>
    </w:p>
    <w:p>
      <w:pPr>
        <w:pStyle w:val="ListBullet"/>
      </w:pPr>
      <w:r>
        <w:t>Sending your CV with no context</w:t>
      </w:r>
    </w:p>
    <w:p>
      <w:pPr>
        <w:pStyle w:val="ListBullet"/>
      </w:pPr>
      <w:r>
        <w:t>Asking strangers for a job immediately</w:t>
      </w:r>
    </w:p>
    <w:p>
      <w:pPr>
        <w:pStyle w:val="ListBullet"/>
      </w:pPr>
      <w:r>
        <w:t>Making vague requests such as 'Please help me find a job'</w:t>
      </w:r>
    </w:p>
    <w:p>
      <w:pPr>
        <w:pStyle w:val="ListBullet"/>
      </w:pPr>
      <w:r>
        <w:t>Following up repeatedly without adding context</w:t>
      </w:r>
    </w:p>
    <w:p>
      <w:pPr>
        <w:pStyle w:val="Heading1"/>
      </w:pPr>
      <w:r>
        <w:rPr>
          <w:color w:val="6C3FC5"/>
        </w:rPr>
        <w:t>Day 10 Deliverable</w:t>
      </w:r>
    </w:p>
    <w:p>
      <w:r>
        <w:t>Identify at least 10 referral candidates, select your top 5, make at least 3 personalised referral asks, and log every conversation and next action.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