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08</w:t>
      </w:r>
    </w:p>
    <w:p>
      <w:pPr>
        <w:pStyle w:val="Title"/>
      </w:pPr>
      <w:r>
        <w:t>Work Sample Quality Checklist</w:t>
      </w:r>
    </w:p>
    <w:p>
      <w:r>
        <w:rPr>
          <w:i/>
          <w:color w:val="2E7D5B"/>
        </w:rPr>
        <w:t>A final review checklist before you attach, send or showcase a work sample.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EMPLOYER VIEW</w:t>
              <w:br/>
            </w:r>
            <w:r>
              <w:t>Review the sample as if you are seeing it for the first time and have only a few minutes.</w:t>
            </w:r>
          </w:p>
        </w:tc>
      </w:tr>
    </w:tbl>
    <w:p/>
    <w:p>
      <w:pPr>
        <w:pStyle w:val="Heading1"/>
      </w:pPr>
      <w:r>
        <w:t>RELEVANCE</w:t>
      </w:r>
    </w:p>
    <w:p>
      <w:r>
        <w:t>☐ It clearly relates to the target role.</w:t>
      </w:r>
    </w:p>
    <w:p>
      <w:r>
        <w:t>☐ The problem is relevant and understandable.</w:t>
      </w:r>
    </w:p>
    <w:p>
      <w:r>
        <w:t>☐ The deliverable demonstrates a useful job skill.</w:t>
      </w:r>
    </w:p>
    <w:p>
      <w:pPr>
        <w:pStyle w:val="Heading1"/>
      </w:pPr>
      <w:r>
        <w:t>THINKING</w:t>
      </w:r>
    </w:p>
    <w:p>
      <w:r>
        <w:t>☐ My assumptions are clear.</w:t>
      </w:r>
    </w:p>
    <w:p>
      <w:r>
        <w:t>☐ My reasoning is easy to follow.</w:t>
      </w:r>
    </w:p>
    <w:p>
      <w:r>
        <w:t>☐ I distinguish facts from assumptions.</w:t>
      </w:r>
    </w:p>
    <w:p>
      <w:r>
        <w:t>☐ I explain why I chose my recommendation.</w:t>
      </w:r>
    </w:p>
    <w:p>
      <w:pPr>
        <w:pStyle w:val="Heading1"/>
      </w:pPr>
      <w:r>
        <w:t>EXECUTION</w:t>
      </w:r>
    </w:p>
    <w:p>
      <w:r>
        <w:t>☐ The document is organised.</w:t>
      </w:r>
    </w:p>
    <w:p>
      <w:r>
        <w:t>☐ The most important information is easy to find.</w:t>
      </w:r>
    </w:p>
    <w:p>
      <w:r>
        <w:t>☐ Charts/tables are readable if used.</w:t>
      </w:r>
    </w:p>
    <w:p>
      <w:r>
        <w:t>☐ There are no obvious errors.</w:t>
      </w:r>
    </w:p>
    <w:p>
      <w:pPr>
        <w:pStyle w:val="Heading1"/>
      </w:pPr>
      <w:r>
        <w:t>PROFESSIONALISM</w:t>
      </w:r>
    </w:p>
    <w:p>
      <w:r>
        <w:t>☐ File name is professional.</w:t>
      </w:r>
    </w:p>
    <w:p>
      <w:r>
        <w:t>☐ Formatting is consistent.</w:t>
      </w:r>
    </w:p>
    <w:p>
      <w:r>
        <w:t>☐ Confidential information is removed.</w:t>
      </w:r>
    </w:p>
    <w:p>
      <w:r>
        <w:t>☐ Hypothetical/simulated work is clearly labelled.</w:t>
      </w:r>
    </w:p>
    <w:p>
      <w:r>
        <w:t>☐ Sources are acknowledged where needed.</w:t>
      </w:r>
    </w:p>
    <w:p>
      <w:pPr>
        <w:pStyle w:val="Heading1"/>
      </w:pPr>
      <w:r>
        <w:t>VALUE</w:t>
      </w:r>
    </w:p>
    <w:p>
      <w:r>
        <w:t>☐ The sample demonstrates what I can do.</w:t>
      </w:r>
    </w:p>
    <w:p>
      <w:r>
        <w:t>☐ The conclusion or recommendation is actionable.</w:t>
      </w:r>
    </w:p>
    <w:p>
      <w:r>
        <w:t>☐ I can explain the sample in an interview.</w:t>
      </w:r>
    </w:p>
    <w:p>
      <w:pPr>
        <w:pStyle w:val="Heading1"/>
      </w:pPr>
      <w:r>
        <w:t>Final test</w:t>
      </w:r>
    </w:p>
    <w:p>
      <w:r>
        <w:t>In one sentence, what does this work sample prove about me?</w:t>
      </w:r>
    </w:p>
    <w:p>
      <w:r>
        <w:t>________________________________________________________________________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