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13 | Interview Answer Quality Checklist</w:t>
      </w:r>
    </w:p>
    <w:p>
      <w:pPr>
        <w:jc w:val="center"/>
      </w:pPr>
      <w:r>
        <w:rPr>
          <w:i/>
        </w:rPr>
        <w:t>Audit your answers before the interview.</w:t>
      </w:r>
    </w:p>
    <w:p>
      <w:pPr>
        <w:pStyle w:val="Heading1"/>
      </w:pPr>
      <w:r>
        <w:rPr>
          <w:color w:val="6C3FC5"/>
        </w:rPr>
        <w:t>For Each Answer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I answered the actual question.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My answer has a clear structure.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used specific examples where appropriate.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My personal contribution is clear.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included an outcome/result.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avoided unnecessary detail.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connected the example to the role when useful.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Red Flags to Avoid</w:t>
      </w:r>
    </w:p>
    <w:p>
      <w:pPr>
        <w:pStyle w:val="ListBullet"/>
      </w:pPr>
      <w:r>
        <w:t>Rambling</w:t>
      </w:r>
    </w:p>
    <w:p>
      <w:pPr>
        <w:pStyle w:val="ListBullet"/>
      </w:pPr>
      <w:r>
        <w:t>Memorised robotic answers</w:t>
      </w:r>
    </w:p>
    <w:p>
      <w:pPr>
        <w:pStyle w:val="ListBullet"/>
      </w:pPr>
      <w:r>
        <w:t>Speaking only about team achievements without clarifying your role</w:t>
      </w:r>
    </w:p>
    <w:p>
      <w:pPr>
        <w:pStyle w:val="ListBullet"/>
      </w:pPr>
      <w:r>
        <w:t>Criticising former employers or colleagues</w:t>
      </w:r>
    </w:p>
    <w:p>
      <w:pPr>
        <w:pStyle w:val="ListBullet"/>
      </w:pPr>
      <w:r>
        <w:t>Giving generic answers that could apply to any candidate</w:t>
      </w:r>
    </w:p>
    <w:p>
      <w:pPr>
        <w:pStyle w:val="ListBullet"/>
      </w:pPr>
      <w:r>
        <w:t>Inventing metrics or experience</w:t>
      </w:r>
    </w:p>
    <w:p>
      <w:pPr>
        <w:pStyle w:val="Heading1"/>
      </w:pPr>
      <w:r>
        <w:rPr>
          <w:color w:val="6C3FC5"/>
        </w:rPr>
        <w:t>After Practice</w:t>
      </w:r>
    </w:p>
    <w:p>
      <w:r>
        <w:t>Write down one answer that felt weak and improve it before the next practice round.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