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D14-R05 Negotiation Preparation Guide</w:t>
      </w:r>
    </w:p>
    <w:p>
      <w:pPr>
        <w:jc w:val="center"/>
      </w:pPr>
      <w:r>
        <w:rPr>
          <w:i/>
          <w:color w:val="666666"/>
          <w:sz w:val="20"/>
        </w:rPr>
        <w:t>Prepare before you negotiate—especially when the opportunity matters</w:t>
      </w:r>
    </w:p>
    <w:p>
      <w:r>
        <w:rPr>
          <w:b/>
          <w:color w:val="6C3FC5"/>
          <w:sz w:val="28"/>
        </w:rPr>
        <w:t>Negotiation Principle</w:t>
      </w:r>
    </w:p>
    <w:p>
      <w:r>
        <w:t>Negotiation is a structured conversation about the terms of an opportunity. Prepare around evidence, market context, your value and the total package—not emotion or pressure.</w:t>
      </w:r>
    </w:p>
    <w:p>
      <w:r>
        <w:rPr>
          <w:b/>
          <w:color w:val="6C3FC5"/>
          <w:sz w:val="28"/>
        </w:rPr>
        <w:t>Prepare These 6 Things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Preparation Area</w:t>
            </w:r>
          </w:p>
        </w:tc>
        <w:tc>
          <w:tcPr>
            <w:tcW w:type="dxa" w:w="432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Questions</w:t>
            </w:r>
          </w:p>
        </w:tc>
      </w:tr>
      <w:tr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Your target</w:t>
            </w:r>
          </w:p>
        </w:tc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What outcome would make the offer work well for me?</w:t>
            </w:r>
          </w:p>
        </w:tc>
      </w:tr>
      <w:tr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Your evidence</w:t>
            </w:r>
          </w:p>
        </w:tc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What relevant skills, results, experience or scope support my request?</w:t>
            </w:r>
          </w:p>
        </w:tc>
      </w:tr>
      <w:tr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Market context</w:t>
            </w:r>
          </w:p>
        </w:tc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What credible salary / role information do I have?</w:t>
            </w:r>
          </w:p>
        </w:tc>
      </w:tr>
      <w:tr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The full package</w:t>
            </w:r>
          </w:p>
        </w:tc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What matters beyond base salary?</w:t>
            </w:r>
          </w:p>
        </w:tc>
      </w:tr>
      <w:tr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Your flexibility</w:t>
            </w:r>
          </w:p>
        </w:tc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Which terms are flexible and which are important?</w:t>
            </w:r>
          </w:p>
        </w:tc>
      </w:tr>
      <w:tr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Your wording</w:t>
            </w:r>
          </w:p>
        </w:tc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Can I make the request clearly, professionally and briefly?</w:t>
            </w:r>
          </w:p>
        </w:tc>
      </w:tr>
    </w:tbl>
    <w:p>
      <w:r>
        <w:rPr>
          <w:b/>
          <w:color w:val="6C3FC5"/>
          <w:sz w:val="28"/>
        </w:rPr>
        <w:t>Negotiable Areas to Consider</w:t>
      </w:r>
    </w:p>
    <w:p>
      <w:pPr>
        <w:pStyle w:val="ListBullet"/>
        <w:spacing w:after="40"/>
      </w:pPr>
      <w:r>
        <w:t>Base compensation</w:t>
      </w:r>
    </w:p>
    <w:p>
      <w:pPr>
        <w:pStyle w:val="ListBullet"/>
        <w:spacing w:after="40"/>
      </w:pPr>
      <w:r>
        <w:t>Bonus / variable compensation</w:t>
      </w:r>
    </w:p>
    <w:p>
      <w:pPr>
        <w:pStyle w:val="ListBullet"/>
        <w:spacing w:after="40"/>
      </w:pPr>
      <w:r>
        <w:t>Job title or level</w:t>
      </w:r>
    </w:p>
    <w:p>
      <w:pPr>
        <w:pStyle w:val="ListBullet"/>
        <w:spacing w:after="40"/>
      </w:pPr>
      <w:r>
        <w:t>Start date</w:t>
      </w:r>
    </w:p>
    <w:p>
      <w:pPr>
        <w:pStyle w:val="ListBullet"/>
        <w:spacing w:after="40"/>
      </w:pPr>
      <w:r>
        <w:t>Remote / hybrid flexibility</w:t>
      </w:r>
    </w:p>
    <w:p>
      <w:pPr>
        <w:pStyle w:val="ListBullet"/>
        <w:spacing w:after="40"/>
      </w:pPr>
      <w:r>
        <w:t>Leave or other benefits</w:t>
      </w:r>
    </w:p>
    <w:p>
      <w:pPr>
        <w:pStyle w:val="ListBullet"/>
        <w:spacing w:after="40"/>
      </w:pPr>
      <w:r>
        <w:t>Professional development support</w:t>
      </w:r>
    </w:p>
    <w:p>
      <w:pPr>
        <w:pStyle w:val="ListBullet"/>
        <w:spacing w:after="40"/>
      </w:pPr>
      <w:r>
        <w:t>Scope, reporting line or responsibilities where appropriate</w:t>
      </w:r>
    </w:p>
    <w:p>
      <w:r>
        <w:rPr>
          <w:b/>
          <w:color w:val="6C3FC5"/>
          <w:sz w:val="28"/>
        </w:rPr>
        <w:t>Negotiation Script</w:t>
      </w:r>
    </w:p>
    <w:p>
      <w:r>
        <w:t>“Thank you for the offer. I’m genuinely interested in the opportunity. Based on [relevant experience / scope / evidence], I’d like to discuss whether there is flexibility around [specific term]. Would it be possible to consider [specific request]?”</w:t>
      </w:r>
    </w:p>
    <w:p>
      <w:r>
        <w:rPr>
          <w:b/>
          <w:color w:val="6C3FC5"/>
          <w:sz w:val="28"/>
        </w:rPr>
        <w:t>Before You Respond</w:t>
      </w:r>
    </w:p>
    <w:p>
      <w:pPr>
        <w:pStyle w:val="ListBullet"/>
        <w:spacing w:after="40"/>
      </w:pPr>
      <w:r>
        <w:t>Know your preferred outcome.</w:t>
      </w:r>
    </w:p>
    <w:p>
      <w:pPr>
        <w:pStyle w:val="ListBullet"/>
        <w:spacing w:after="40"/>
      </w:pPr>
      <w:r>
        <w:t>Know your minimum acceptable terms.</w:t>
      </w:r>
    </w:p>
    <w:p>
      <w:pPr>
        <w:pStyle w:val="ListBullet"/>
        <w:spacing w:after="40"/>
      </w:pPr>
      <w:r>
        <w:t>Separate facts from assumptions.</w:t>
      </w:r>
    </w:p>
    <w:p>
      <w:pPr>
        <w:pStyle w:val="ListBullet"/>
        <w:spacing w:after="40"/>
      </w:pPr>
      <w:r>
        <w:t>Choose one or two priority asks rather than negotiating everything.</w:t>
      </w:r>
    </w:p>
    <w:p>
      <w:pPr>
        <w:pStyle w:val="ListBullet"/>
        <w:spacing w:after="40"/>
      </w:pPr>
      <w:r>
        <w:t>Be prepared for a yes, no, or alternative proposal.</w:t>
      </w:r>
    </w:p>
    <w:p>
      <w:pPr>
        <w:pStyle w:val="ListBullet"/>
        <w:spacing w:after="40"/>
      </w:pPr>
      <w:r>
        <w:t>Get agreed terms confirmed in writing.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