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D14-R03 Post-Interview Follow-Up Guide &amp; Templates</w:t>
      </w:r>
    </w:p>
    <w:p>
      <w:pPr>
        <w:jc w:val="center"/>
      </w:pPr>
      <w:r>
        <w:rPr>
          <w:i/>
          <w:color w:val="666666"/>
          <w:sz w:val="20"/>
        </w:rPr>
        <w:t>Use follow-up to reinforce fit, clarify next steps and keep the process professional</w:t>
      </w:r>
    </w:p>
    <w:p>
      <w:r>
        <w:rPr>
          <w:b/>
          <w:color w:val="6C3FC5"/>
          <w:sz w:val="28"/>
        </w:rPr>
        <w:t>When Follow-Up Adds Value</w:t>
      </w:r>
    </w:p>
    <w:p>
      <w:pPr>
        <w:pStyle w:val="ListBullet"/>
        <w:spacing w:after="40"/>
      </w:pPr>
      <w:r>
        <w:t>Thanking the interviewer and reinforcing your interest.</w:t>
      </w:r>
    </w:p>
    <w:p>
      <w:pPr>
        <w:pStyle w:val="ListBullet"/>
        <w:spacing w:after="40"/>
      </w:pPr>
      <w:r>
        <w:t>Clarifying a point you did not explain well.</w:t>
      </w:r>
    </w:p>
    <w:p>
      <w:pPr>
        <w:pStyle w:val="ListBullet"/>
        <w:spacing w:after="40"/>
      </w:pPr>
      <w:r>
        <w:t>Sharing a promised document or work sample.</w:t>
      </w:r>
    </w:p>
    <w:p>
      <w:pPr>
        <w:pStyle w:val="ListBullet"/>
        <w:spacing w:after="40"/>
      </w:pPr>
      <w:r>
        <w:t>Checking on next steps after the stated timeline has passed.</w:t>
      </w:r>
    </w:p>
    <w:p>
      <w:pPr>
        <w:pStyle w:val="ListBullet"/>
        <w:spacing w:after="40"/>
      </w:pPr>
      <w:r>
        <w:t>Responding promptly when the employer requests information.</w:t>
      </w:r>
    </w:p>
    <w:p>
      <w:r>
        <w:rPr>
          <w:b/>
          <w:color w:val="6C3FC5"/>
          <w:sz w:val="28"/>
        </w:rPr>
        <w:t>Before You Send</w:t>
      </w:r>
    </w:p>
    <w:p>
      <w:pPr>
        <w:pStyle w:val="ListBullet"/>
        <w:spacing w:after="40"/>
      </w:pPr>
      <w:r>
        <w:t>Is there a clear reason for this message?</w:t>
      </w:r>
    </w:p>
    <w:p>
      <w:pPr>
        <w:pStyle w:val="ListBullet"/>
        <w:spacing w:after="40"/>
      </w:pPr>
      <w:r>
        <w:t>Am I adding value rather than simply asking for an update?</w:t>
      </w:r>
    </w:p>
    <w:p>
      <w:pPr>
        <w:pStyle w:val="ListBullet"/>
        <w:spacing w:after="40"/>
      </w:pPr>
      <w:r>
        <w:t>Is the timing reasonable?</w:t>
      </w:r>
    </w:p>
    <w:p>
      <w:pPr>
        <w:pStyle w:val="ListBullet"/>
        <w:spacing w:after="40"/>
      </w:pPr>
      <w:r>
        <w:t>Is the message concise and personalised?</w:t>
      </w:r>
    </w:p>
    <w:p>
      <w:pPr>
        <w:pStyle w:val="ListBullet"/>
        <w:spacing w:after="40"/>
      </w:pPr>
      <w:r>
        <w:t>Have I checked the exact next step or timeline?</w:t>
      </w:r>
    </w:p>
    <w:p>
      <w:r>
        <w:rPr>
          <w:b/>
          <w:color w:val="6C3FC5"/>
          <w:sz w:val="28"/>
        </w:rPr>
        <w:t>Template 1 — Thank You + Reinforce Fit</w:t>
      </w:r>
    </w:p>
    <w:p>
      <w:r>
        <w:t>Hi [Name],</w:t>
        <w:br/>
        <w:br/>
        <w:t>Thank you for taking the time to speak with me about the [Role] position. I particularly enjoyed our conversation about [specific topic]. It reinforced my interest in the role, especially because of my experience in [relevant area].</w:t>
        <w:br/>
        <w:br/>
        <w:t>Please let me know if there is any additional information I can provide. I look forward to hearing about the next steps.</w:t>
        <w:br/>
        <w:br/>
        <w:t>Best,</w:t>
        <w:br/>
        <w:t>[Name]</w:t>
      </w:r>
    </w:p>
    <w:p>
      <w:r>
        <w:rPr>
          <w:b/>
          <w:color w:val="6C3FC5"/>
          <w:sz w:val="28"/>
        </w:rPr>
        <w:t>Template 2 — Follow Up After the Stated Timeline</w:t>
      </w:r>
    </w:p>
    <w:p>
      <w:r>
        <w:t>Hi [Name],</w:t>
        <w:br/>
        <w:br/>
        <w:t>I hope you’re well. I’m following up regarding the [Role] opportunity. During our conversation, you mentioned that [timeline / next step]. I remain interested in the opportunity and wanted to check whether there is an update on the process.</w:t>
        <w:br/>
        <w:br/>
        <w:t>I’m happy to provide anything else needed from my end.</w:t>
        <w:br/>
        <w:br/>
        <w:t>Best,</w:t>
        <w:br/>
        <w:t>[Name]</w:t>
      </w:r>
    </w:p>
    <w:p>
      <w:r>
        <w:rPr>
          <w:b/>
          <w:color w:val="6C3FC5"/>
          <w:sz w:val="28"/>
        </w:rPr>
        <w:t>Template 3 — Send a Promised Material</w:t>
      </w:r>
    </w:p>
    <w:p>
      <w:r>
        <w:t>Hi [Name],</w:t>
        <w:br/>
        <w:br/>
        <w:t>Thank you again for the conversation. As discussed, I’m sharing [document / work sample / information] here: [link].</w:t>
        <w:br/>
        <w:br/>
        <w:t>I hope this is helpful, and I’m happy to answer any questions.</w:t>
        <w:br/>
        <w:br/>
        <w:t>Best,</w:t>
        <w:br/>
        <w:t>[Name]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