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07</w:t>
      </w:r>
    </w:p>
    <w:p>
      <w:pPr>
        <w:pStyle w:val="Title"/>
      </w:pPr>
      <w:r>
        <w:t>Day 7 Resource Pack</w:t>
      </w:r>
    </w:p>
    <w:p>
      <w:r>
        <w:rPr>
          <w:i/>
          <w:color w:val="2E7D5B"/>
        </w:rPr>
        <w:t>ACTIVATE — Turn professional relationships into meaningful conversations.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DAY 7 MISSION</w:t>
              <w:br/>
            </w:r>
            <w:r>
              <w:t>Stop waiting for opportunities to find you. Start creating professional conversations that can lead to information, introductions, referrals and opportunity access.</w:t>
            </w:r>
          </w:p>
        </w:tc>
      </w:tr>
    </w:tbl>
    <w:p/>
    <w:p>
      <w:pPr>
        <w:pStyle w:val="Heading1"/>
      </w:pPr>
      <w:r>
        <w:t>Day 7 outcomes</w:t>
      </w:r>
    </w:p>
    <w:p>
      <w:pPr>
        <w:pStyle w:val="ListBullet"/>
      </w:pPr>
      <w:r>
        <w:t>15 priority contacts identified</w:t>
      </w:r>
    </w:p>
    <w:p>
      <w:pPr>
        <w:pStyle w:val="ListBullet"/>
      </w:pPr>
      <w:r>
        <w:t>5 personalised connection requests</w:t>
      </w:r>
    </w:p>
    <w:p>
      <w:pPr>
        <w:pStyle w:val="ListBullet"/>
      </w:pPr>
      <w:r>
        <w:t>3 personalised outreach messages</w:t>
      </w:r>
    </w:p>
    <w:p>
      <w:pPr>
        <w:pStyle w:val="ListBullet"/>
      </w:pPr>
      <w:r>
        <w:t>5 meaningful engagements</w:t>
      </w:r>
    </w:p>
    <w:p>
      <w:pPr>
        <w:pStyle w:val="ListBullet"/>
      </w:pPr>
      <w:r>
        <w:t>At least 2 conversations started</w:t>
      </w:r>
    </w:p>
    <w:p>
      <w:pPr>
        <w:pStyle w:val="ListBullet"/>
      </w:pPr>
      <w:r>
        <w:t>At least 1 introduction or referral conversation</w:t>
      </w:r>
    </w:p>
    <w:p>
      <w:pPr>
        <w:pStyle w:val="ListBullet"/>
      </w:pPr>
      <w:r>
        <w:t>All interactions logged</w:t>
      </w:r>
    </w:p>
    <w:p>
      <w:pPr>
        <w:pStyle w:val="ListBullet"/>
      </w:pPr>
      <w:r>
        <w:t>Follow-ups scheduled</w:t>
      </w:r>
    </w:p>
    <w:p>
      <w:pPr>
        <w:pStyle w:val="Heading1"/>
      </w:pPr>
      <w:r>
        <w:t>Recommended sequence</w:t>
      </w:r>
    </w:p>
    <w:p>
      <w:r>
        <w:t>1. Build your target list — D07-R01</w:t>
      </w:r>
    </w:p>
    <w:p>
      <w:r>
        <w:t>2. Prepare your professional introduction — D07-R02</w:t>
      </w:r>
    </w:p>
    <w:p>
      <w:r>
        <w:t>3. Personalise every message — D07-R03</w:t>
      </w:r>
    </w:p>
    <w:p>
      <w:r>
        <w:t>4. Learn how to ask for introductions/referrals — D07-R04</w:t>
      </w:r>
    </w:p>
    <w:p>
      <w:r>
        <w:t>5. Follow up professionally — D07-R05</w:t>
      </w:r>
    </w:p>
    <w:p>
      <w:r>
        <w:t>6. Complete the 90-minute sprint — D07-R06</w:t>
      </w:r>
    </w:p>
    <w:p>
      <w:r>
        <w:t>7. Track and review the campaign — D07-R07</w:t>
      </w:r>
    </w:p>
    <w:p>
      <w:pPr>
        <w:pStyle w:val="Heading1"/>
      </w:pPr>
      <w:r>
        <w:t>Day 7 accountability check-in</w:t>
      </w:r>
    </w:p>
    <w:p>
      <w:r>
        <w:t>People I targeted: ______</w:t>
      </w:r>
    </w:p>
    <w:p>
      <w:r>
        <w:t>Connection requests sent: ______</w:t>
      </w:r>
    </w:p>
    <w:p>
      <w:r>
        <w:t>Personalised messages sent: ______</w:t>
      </w:r>
    </w:p>
    <w:p>
      <w:r>
        <w:t>Meaningful engagements: ______</w:t>
      </w:r>
    </w:p>
    <w:p>
      <w:r>
        <w:t>Conversations started: ______</w:t>
      </w:r>
    </w:p>
    <w:p>
      <w:r>
        <w:t>Introductions received: ______</w:t>
      </w:r>
    </w:p>
    <w:p>
      <w:r>
        <w:t>Referral conversations: ______</w:t>
      </w:r>
    </w:p>
    <w:p>
      <w:r>
        <w:t>My strongest conversation: __________________</w:t>
      </w:r>
    </w:p>
    <w:p>
      <w:r>
        <w:t>My next follow-up: ________________________</w:t>
      </w:r>
    </w:p>
    <w:p>
      <w:r>
        <w:t>One thing I learned: ______________________</w:t>
      </w:r>
    </w:p>
    <w:p>
      <w:r>
        <w:t>My commitment for tomorrow: 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DAY 7 MINDSET</w:t>
              <w:br/>
            </w:r>
            <w:r>
              <w:t>I do not need to know everyone. I need to build the right relationships, communicate clearly and follow through professionally.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