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07</w:t>
      </w:r>
    </w:p>
    <w:p>
      <w:pPr>
        <w:pStyle w:val="Title"/>
      </w:pPr>
      <w:r>
        <w:t>30-Second Professional Introduction Guide</w:t>
      </w:r>
    </w:p>
    <w:p>
      <w:r>
        <w:rPr>
          <w:i/>
          <w:color w:val="2E7D5B"/>
        </w:rPr>
        <w:t>Create a concise introduction you can use in networking conversations, events, DMs and professional communities.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FORMULA</w:t>
              <w:br/>
            </w:r>
            <w:r>
              <w:t>WHO I AM + WHAT I DO + WHAT I'M EXPLORING + WHY I'M CONNECTING</w:t>
            </w:r>
          </w:p>
        </w:tc>
      </w:tr>
    </w:tbl>
    <w:p/>
    <w:p>
      <w:pPr>
        <w:pStyle w:val="Heading1"/>
      </w:pPr>
      <w:r>
        <w:t>Example</w:t>
      </w:r>
    </w:p>
    <w:p>
      <w:r>
        <w:t>“I’m a project and programme management professional with experience coordinating projects, working across stakeholders and driving execution. I’m currently exploring opportunities in project and operations management, particularly within organisations where I can contribute to strategy and execution. I came across your work in this space and wanted to connect and learn from your experience.”</w:t>
      </w:r>
    </w:p>
    <w:p>
      <w:pPr>
        <w:pStyle w:val="Heading1"/>
      </w:pPr>
      <w:r>
        <w:t>Build yours</w:t>
      </w:r>
    </w:p>
    <w:p>
      <w:r>
        <w:t>I am: ______________________________________________</w:t>
      </w:r>
    </w:p>
    <w:p>
      <w:r>
        <w:t>I have experience in: _________________________________</w:t>
      </w:r>
    </w:p>
    <w:p>
      <w:r>
        <w:t>My strongest areas are: ______________________________</w:t>
      </w:r>
    </w:p>
    <w:p>
      <w:r>
        <w:t>I am currently exploring: _____________________________</w:t>
      </w:r>
    </w:p>
    <w:p>
      <w:r>
        <w:t>I am particularly interested in: ______________________</w:t>
      </w:r>
    </w:p>
    <w:p>
      <w:r>
        <w:t>Why I am connecting with this person: _________________</w:t>
      </w:r>
    </w:p>
    <w:p>
      <w:pPr>
        <w:pStyle w:val="Heading1"/>
      </w:pPr>
      <w:r>
        <w:t>Quality test</w:t>
      </w:r>
    </w:p>
    <w:p>
      <w:pPr>
        <w:pStyle w:val="ListBullet"/>
      </w:pPr>
      <w:r>
        <w:t>Can I say it naturally without memorising every word?</w:t>
      </w:r>
    </w:p>
    <w:p>
      <w:pPr>
        <w:pStyle w:val="ListBullet"/>
      </w:pPr>
      <w:r>
        <w:t>Is it specific enough to distinguish me?</w:t>
      </w:r>
    </w:p>
    <w:p>
      <w:pPr>
        <w:pStyle w:val="ListBullet"/>
      </w:pPr>
      <w:r>
        <w:t>Does it communicate my direction clearly?</w:t>
      </w:r>
    </w:p>
    <w:p>
      <w:pPr>
        <w:pStyle w:val="ListBullet"/>
      </w:pPr>
      <w:r>
        <w:t>Does it invite conversation rather than sound like a sales pitch?</w:t>
      </w:r>
    </w:p>
    <w:p>
      <w:pPr>
        <w:pStyle w:val="ListBullet"/>
      </w:pPr>
      <w:r>
        <w:t>Is it under 30 seconds when spoken?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