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08</w:t>
      </w:r>
    </w:p>
    <w:p>
      <w:pPr>
        <w:pStyle w:val="Title"/>
      </w:pPr>
      <w:r>
        <w:t>Portfolio &amp; Evidence Presentation Guide</w:t>
      </w:r>
    </w:p>
    <w:p>
      <w:r>
        <w:rPr>
          <w:i/>
          <w:color w:val="2E7D5B"/>
        </w:rPr>
        <w:t>Package your work so the evidence is easy for a recruiter or hiring manager to understand.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3-SECOND TEST</w:t>
              <w:br/>
            </w:r>
            <w:r>
              <w:t>The viewer should quickly understand what the work is, why you created it and what capability it demonstrates.</w:t>
            </w:r>
          </w:p>
        </w:tc>
      </w:tr>
    </w:tbl>
    <w:p/>
    <w:p>
      <w:pPr>
        <w:pStyle w:val="Heading1"/>
      </w:pPr>
      <w:r>
        <w:t>Recommended evidence page</w:t>
      </w:r>
    </w:p>
    <w:p>
      <w:pPr>
        <w:pStyle w:val="Heading2"/>
      </w:pPr>
      <w:r>
        <w:t>Project title</w:t>
      </w:r>
    </w:p>
    <w:p>
      <w:r>
        <w:t>Use a clear, outcome-oriented title.</w:t>
      </w:r>
    </w:p>
    <w:p>
      <w:pPr>
        <w:pStyle w:val="Heading2"/>
      </w:pPr>
      <w:r>
        <w:t>Context</w:t>
      </w:r>
    </w:p>
    <w:p>
      <w:r>
        <w:t>One or two sentences explaining the situation.</w:t>
      </w:r>
    </w:p>
    <w:p>
      <w:pPr>
        <w:pStyle w:val="Heading2"/>
      </w:pPr>
      <w:r>
        <w:t>My role</w:t>
      </w:r>
    </w:p>
    <w:p>
      <w:r>
        <w:t>State exactly what you did.</w:t>
      </w:r>
    </w:p>
    <w:p>
      <w:pPr>
        <w:pStyle w:val="Heading2"/>
      </w:pPr>
      <w:r>
        <w:t>Approach</w:t>
      </w:r>
    </w:p>
    <w:p>
      <w:r>
        <w:t>Summarise your method or process.</w:t>
      </w:r>
    </w:p>
    <w:p>
      <w:pPr>
        <w:pStyle w:val="Heading2"/>
      </w:pPr>
      <w:r>
        <w:t>Output</w:t>
      </w:r>
    </w:p>
    <w:p>
      <w:r>
        <w:t>Show the key artifact, screenshot, dashboard, plan or excerpt.</w:t>
      </w:r>
    </w:p>
    <w:p>
      <w:pPr>
        <w:pStyle w:val="Heading2"/>
      </w:pPr>
      <w:r>
        <w:t>Outcome</w:t>
      </w:r>
    </w:p>
    <w:p>
      <w:r>
        <w:t>State the result where known. If hypothetical, label the expected impact.</w:t>
      </w:r>
    </w:p>
    <w:p>
      <w:pPr>
        <w:pStyle w:val="Heading2"/>
      </w:pPr>
      <w:r>
        <w:t>Skills</w:t>
      </w:r>
    </w:p>
    <w:p>
      <w:r>
        <w:t>List the 3–5 skills demonstrated.</w:t>
      </w:r>
    </w:p>
    <w:p>
      <w:pPr>
        <w:pStyle w:val="Heading2"/>
      </w:pPr>
      <w:r>
        <w:t>Tools</w:t>
      </w:r>
    </w:p>
    <w:p>
      <w:r>
        <w:t>List relevant tools used.</w:t>
      </w:r>
    </w:p>
    <w:p>
      <w:pPr>
        <w:pStyle w:val="Heading2"/>
      </w:pPr>
      <w:r>
        <w:t>Reflection</w:t>
      </w:r>
    </w:p>
    <w:p>
      <w:r>
        <w:t>One short lesson or improvement.</w:t>
      </w:r>
    </w:p>
    <w:p>
      <w:pPr>
        <w:pStyle w:val="Heading1"/>
      </w:pPr>
      <w:r>
        <w:t>Portfolio formats</w:t>
      </w:r>
    </w:p>
    <w:p>
      <w:pPr>
        <w:pStyle w:val="ListBullet"/>
      </w:pPr>
      <w:r>
        <w:t>PDF case study</w:t>
      </w:r>
    </w:p>
    <w:p>
      <w:pPr>
        <w:pStyle w:val="ListBullet"/>
      </w:pPr>
      <w:r>
        <w:t>Online portfolio page</w:t>
      </w:r>
    </w:p>
    <w:p>
      <w:pPr>
        <w:pStyle w:val="ListBullet"/>
      </w:pPr>
      <w:r>
        <w:t>Notion page</w:t>
      </w:r>
    </w:p>
    <w:p>
      <w:pPr>
        <w:pStyle w:val="ListBullet"/>
      </w:pPr>
      <w:r>
        <w:t>Google Drive folder with clear files</w:t>
      </w:r>
    </w:p>
    <w:p>
      <w:pPr>
        <w:pStyle w:val="ListBullet"/>
      </w:pPr>
      <w:r>
        <w:t>Personal website</w:t>
      </w:r>
    </w:p>
    <w:p>
      <w:pPr>
        <w:pStyle w:val="ListBullet"/>
      </w:pPr>
      <w:r>
        <w:t>LinkedIn Featured section</w:t>
      </w:r>
    </w:p>
    <w:p>
      <w:pPr>
        <w:pStyle w:val="Heading1"/>
      </w:pPr>
      <w:r>
        <w:t>File naming</w:t>
      </w:r>
    </w:p>
    <w:p>
      <w:r>
        <w:t>Recommended: FirstName_LastName_WorkSample_Role.pdf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DO NOT OVERBUILD</w:t>
              <w:br/>
            </w:r>
            <w:r>
              <w:t>One strong, relevant case study is more useful than a large portfolio full of unrelated work.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