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2 — ATS Checklist</w:t>
      </w:r>
    </w:p>
    <w:p>
      <w:pPr>
        <w:jc w:val="center"/>
      </w:pPr>
      <w:r>
        <w:rPr>
          <w:i/>
          <w:color w:val="666666"/>
          <w:sz w:val="20"/>
        </w:rPr>
        <w:t>Run this check before you submit a CV.</w:t>
      </w:r>
    </w:p>
    <w:p>
      <w:r>
        <w:rPr>
          <w:b/>
          <w:color w:val="5B2A86"/>
          <w:sz w:val="28"/>
        </w:rPr>
        <w:t>Content</w:t>
      </w:r>
    </w:p>
    <w:p>
      <w:pPr>
        <w:pStyle w:val="ListBullet"/>
        <w:spacing w:after="40"/>
      </w:pPr>
      <w:r>
        <w:t>Target role is clear.</w:t>
      </w:r>
    </w:p>
    <w:p>
      <w:pPr>
        <w:pStyle w:val="ListBullet"/>
        <w:spacing w:after="40"/>
      </w:pPr>
      <w:r>
        <w:t>Professional summary is relevant to the target role.</w:t>
      </w:r>
    </w:p>
    <w:p>
      <w:pPr>
        <w:pStyle w:val="ListBullet"/>
        <w:spacing w:after="40"/>
      </w:pPr>
      <w:r>
        <w:t>Relevant job-description keywords appear naturally.</w:t>
      </w:r>
    </w:p>
    <w:p>
      <w:pPr>
        <w:pStyle w:val="ListBullet"/>
        <w:spacing w:after="40"/>
      </w:pPr>
      <w:r>
        <w:t>Core skills are supported by evidence.</w:t>
      </w:r>
    </w:p>
    <w:p>
      <w:pPr>
        <w:pStyle w:val="ListBullet"/>
        <w:spacing w:after="40"/>
      </w:pPr>
      <w:r>
        <w:t>Achievements are prioritised over generic duties.</w:t>
      </w:r>
    </w:p>
    <w:p>
      <w:pPr>
        <w:pStyle w:val="ListBullet"/>
        <w:spacing w:after="40"/>
      </w:pPr>
      <w:r>
        <w:t>Dates, titles and employers are accurate.</w:t>
      </w:r>
    </w:p>
    <w:p>
      <w:r>
        <w:rPr>
          <w:b/>
          <w:color w:val="5B2A86"/>
          <w:sz w:val="28"/>
        </w:rPr>
        <w:t>ATS-Friendly Formatting</w:t>
      </w:r>
    </w:p>
    <w:p>
      <w:pPr>
        <w:pStyle w:val="ListBullet"/>
        <w:spacing w:after="40"/>
      </w:pPr>
      <w:r>
        <w:t>Standard section headings are used: Summary, Skills, Experience, Education, etc.</w:t>
      </w:r>
    </w:p>
    <w:p>
      <w:pPr>
        <w:pStyle w:val="ListBullet"/>
        <w:spacing w:after="40"/>
      </w:pPr>
      <w:r>
        <w:t>CV is text-based and searchable.</w:t>
      </w:r>
    </w:p>
    <w:p>
      <w:pPr>
        <w:pStyle w:val="ListBullet"/>
        <w:spacing w:after="40"/>
      </w:pPr>
      <w:r>
        <w:t>No critical information is placed inside images or graphics.</w:t>
      </w:r>
    </w:p>
    <w:p>
      <w:pPr>
        <w:pStyle w:val="ListBullet"/>
        <w:spacing w:after="40"/>
      </w:pPr>
      <w:r>
        <w:t>No unnecessary text boxes, charts or decorative elements.</w:t>
      </w:r>
    </w:p>
    <w:p>
      <w:pPr>
        <w:pStyle w:val="ListBullet"/>
        <w:spacing w:after="40"/>
      </w:pPr>
      <w:r>
        <w:t>Simple bullets are used consistently.</w:t>
      </w:r>
    </w:p>
    <w:p>
      <w:pPr>
        <w:pStyle w:val="ListBullet"/>
        <w:spacing w:after="40"/>
      </w:pPr>
      <w:r>
        <w:t>Dates follow a consistent format.</w:t>
      </w:r>
    </w:p>
    <w:p>
      <w:pPr>
        <w:pStyle w:val="ListBullet"/>
        <w:spacing w:after="40"/>
      </w:pPr>
      <w:r>
        <w:t>Font is readable and consistent.</w:t>
      </w:r>
    </w:p>
    <w:p>
      <w:pPr>
        <w:pStyle w:val="ListBullet"/>
        <w:spacing w:after="40"/>
      </w:pPr>
      <w:r>
        <w:t>Document has sensible spacing and margins.</w:t>
      </w:r>
    </w:p>
    <w:p>
      <w:r>
        <w:rPr>
          <w:b/>
          <w:color w:val="5B2A86"/>
          <w:sz w:val="28"/>
        </w:rPr>
        <w:t>Keyword Check</w:t>
      </w:r>
    </w:p>
    <w:p>
      <w:pPr>
        <w:pStyle w:val="ListBullet"/>
        <w:spacing w:after="40"/>
      </w:pPr>
      <w:r>
        <w:t>I identified important keywords from the job description.</w:t>
      </w:r>
    </w:p>
    <w:p>
      <w:pPr>
        <w:pStyle w:val="ListBullet"/>
        <w:spacing w:after="40"/>
      </w:pPr>
      <w:r>
        <w:t>I used relevant keywords where they truthfully describe my experience.</w:t>
      </w:r>
    </w:p>
    <w:p>
      <w:pPr>
        <w:pStyle w:val="ListBullet"/>
        <w:spacing w:after="40"/>
      </w:pPr>
      <w:r>
        <w:t>I did not copy the entire job description into my CV.</w:t>
      </w:r>
    </w:p>
    <w:p>
      <w:pPr>
        <w:pStyle w:val="ListBullet"/>
        <w:spacing w:after="40"/>
      </w:pPr>
      <w:r>
        <w:t>I did not repeat keywords unnaturally.</w:t>
      </w:r>
    </w:p>
    <w:p>
      <w:r>
        <w:rPr>
          <w:b/>
          <w:color w:val="5B2A86"/>
          <w:sz w:val="28"/>
        </w:rPr>
        <w:t>Final Submission Check</w:t>
      </w:r>
    </w:p>
    <w:p>
      <w:pPr>
        <w:pStyle w:val="ListBullet"/>
        <w:spacing w:after="40"/>
      </w:pPr>
      <w:r>
        <w:t>Spelling checked.</w:t>
      </w:r>
    </w:p>
    <w:p>
      <w:pPr>
        <w:pStyle w:val="ListBullet"/>
        <w:spacing w:after="40"/>
      </w:pPr>
      <w:r>
        <w:t>Grammar checked.</w:t>
      </w:r>
    </w:p>
    <w:p>
      <w:pPr>
        <w:pStyle w:val="ListBullet"/>
        <w:spacing w:after="40"/>
      </w:pPr>
      <w:r>
        <w:t>LinkedIn URL works.</w:t>
      </w:r>
    </w:p>
    <w:p>
      <w:pPr>
        <w:pStyle w:val="ListBullet"/>
        <w:spacing w:after="40"/>
      </w:pPr>
      <w:r>
        <w:t>Email address is correct.</w:t>
      </w:r>
    </w:p>
    <w:p>
      <w:pPr>
        <w:pStyle w:val="ListBullet"/>
        <w:spacing w:after="40"/>
      </w:pPr>
      <w:r>
        <w:t>File name is professional.</w:t>
      </w:r>
    </w:p>
    <w:p>
      <w:pPr>
        <w:pStyle w:val="ListBullet"/>
        <w:spacing w:after="40"/>
      </w:pPr>
      <w:r>
        <w:t>Correct file format requested by the employer.</w:t>
      </w:r>
    </w:p>
    <w:p>
      <w:pPr>
        <w:pStyle w:val="ListBullet"/>
        <w:spacing w:after="40"/>
      </w:pPr>
      <w:r>
        <w:t>Final CV has been reviewed against the actual vacancy.</w:t>
      </w:r>
    </w:p>
    <w:p>
      <w:r>
        <w:rPr>
          <w:b/>
          <w:color w:val="5B2A86"/>
          <w:sz w:val="28"/>
        </w:rPr>
        <w:t>Recommended File Name</w:t>
      </w:r>
    </w:p>
    <w:p>
      <w:r>
        <w:t>Firstname_Lastname_TargetRole_CV.pdf  (or the format requested by the employer)</w:t>
      </w:r>
    </w:p>
    <w:p>
      <w:r>
        <w:rPr>
          <w:b/>
          <w:color w:val="5B2A86"/>
          <w:sz w:val="28"/>
        </w:rPr>
        <w:t>Important</w:t>
      </w:r>
    </w:p>
    <w:p>
      <w:r>
        <w:t>ATS optimisation is about clarity and relevance, not keyword stuffing. Your CV should remain truthful, readable and useful to the human recruiter who may review it.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