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6C3FC5"/>
          <w:sz w:val="16"/>
        </w:rPr>
        <w:t>OPPORTUNITY NAVIGATOR  •  DAY 05</w:t>
      </w:r>
    </w:p>
    <w:p>
      <w:pPr>
        <w:pStyle w:val="Title"/>
      </w:pPr>
      <w:r>
        <w:t>Referral Strategy Guide</w:t>
      </w:r>
    </w:p>
    <w:p>
      <w:r>
        <w:rPr>
          <w:i/>
          <w:color w:val="2E7D5B"/>
        </w:rPr>
        <w:t>Build referral pathways without making people feel used.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E7FA"/>
          </w:tcPr>
          <w:p>
            <w:r/>
            <w:r>
              <w:rPr>
                <w:b/>
                <w:color w:val="6C3FC5"/>
              </w:rPr>
              <w:t>REFERRALS ARE A TRUST TRANSFER</w:t>
              <w:br/>
            </w:r>
            <w:r>
              <w:t>A referral works best when the person understands your target, trusts your fit and can comfortably choose whether to recommend you.</w:t>
            </w:r>
          </w:p>
        </w:tc>
      </w:tr>
    </w:tbl>
    <w:p/>
    <w:p>
      <w:pPr>
        <w:pStyle w:val="Heading1"/>
      </w:pPr>
      <w:r>
        <w:t>1. Make your target clear</w:t>
      </w:r>
    </w:p>
    <w:p>
      <w:pPr>
        <w:pStyle w:val="ListBullet"/>
      </w:pPr>
      <w:r>
        <w:t>Target role(s)</w:t>
      </w:r>
    </w:p>
    <w:p>
      <w:pPr>
        <w:pStyle w:val="ListBullet"/>
      </w:pPr>
      <w:r>
        <w:t>Target industry/function</w:t>
      </w:r>
    </w:p>
    <w:p>
      <w:pPr>
        <w:pStyle w:val="ListBullet"/>
      </w:pPr>
      <w:r>
        <w:t>Preferred location/work arrangement</w:t>
      </w:r>
    </w:p>
    <w:p>
      <w:pPr>
        <w:pStyle w:val="ListBullet"/>
      </w:pPr>
      <w:r>
        <w:t>2–3 strengths you can prove</w:t>
      </w:r>
    </w:p>
    <w:p>
      <w:pPr>
        <w:pStyle w:val="Heading1"/>
      </w:pPr>
      <w:r>
        <w:t>2. Identify referral-ready relationships</w:t>
      </w:r>
    </w:p>
    <w:p>
      <w:pPr>
        <w:pStyle w:val="ListBullet"/>
      </w:pPr>
      <w:r>
        <w:t>People who know your work</w:t>
      </w:r>
    </w:p>
    <w:p>
      <w:pPr>
        <w:pStyle w:val="ListBullet"/>
      </w:pPr>
      <w:r>
        <w:t>People inside target companies</w:t>
      </w:r>
    </w:p>
    <w:p>
      <w:pPr>
        <w:pStyle w:val="ListBullet"/>
      </w:pPr>
      <w:r>
        <w:t>Former managers or colleagues</w:t>
      </w:r>
    </w:p>
    <w:p>
      <w:pPr>
        <w:pStyle w:val="ListBullet"/>
      </w:pPr>
      <w:r>
        <w:t>Mentors</w:t>
      </w:r>
    </w:p>
    <w:p>
      <w:pPr>
        <w:pStyle w:val="ListBullet"/>
      </w:pPr>
      <w:r>
        <w:t>Professional peers who can speak credibly about you</w:t>
      </w:r>
    </w:p>
    <w:p>
      <w:pPr>
        <w:pStyle w:val="Heading1"/>
      </w:pPr>
      <w:r>
        <w:t>3. Earn the referral</w:t>
      </w:r>
    </w:p>
    <w:p>
      <w:pPr>
        <w:pStyle w:val="ListBullet"/>
      </w:pPr>
      <w:r>
        <w:t>Have a relevant conversation.</w:t>
      </w:r>
    </w:p>
    <w:p>
      <w:pPr>
        <w:pStyle w:val="ListBullet"/>
      </w:pPr>
      <w:r>
        <w:t>Share useful context rather than only asking for help.</w:t>
      </w:r>
    </w:p>
    <w:p>
      <w:pPr>
        <w:pStyle w:val="ListBullet"/>
      </w:pPr>
      <w:r>
        <w:t>Make your value easy to understand.</w:t>
      </w:r>
    </w:p>
    <w:p>
      <w:pPr>
        <w:pStyle w:val="ListBullet"/>
      </w:pPr>
      <w:r>
        <w:t>Send the exact role link and tailored CV only when appropriate.</w:t>
      </w:r>
    </w:p>
    <w:p>
      <w:pPr>
        <w:pStyle w:val="ListBullet"/>
      </w:pPr>
      <w:r>
        <w:t>Give the person an easy way to decline.</w:t>
      </w:r>
    </w:p>
    <w:p>
      <w:pPr>
        <w:pStyle w:val="Heading1"/>
      </w:pPr>
      <w:r>
        <w:t>4. Ask well</w:t>
      </w:r>
    </w:p>
    <w:p>
      <w:pPr>
        <w:pStyle w:val="ListBullet"/>
      </w:pPr>
      <w:r>
        <w:t>Explain why the role fits.</w:t>
      </w:r>
    </w:p>
    <w:p>
      <w:pPr>
        <w:pStyle w:val="ListBullet"/>
      </w:pPr>
      <w:r>
        <w:t>State exactly what you are asking for: insight, introduction or referral.</w:t>
      </w:r>
    </w:p>
    <w:p>
      <w:pPr>
        <w:pStyle w:val="ListBullet"/>
      </w:pPr>
      <w:r>
        <w:t>Do not assume someone owes you a referral.</w:t>
      </w:r>
    </w:p>
    <w:p>
      <w:pPr>
        <w:pStyle w:val="ListBullet"/>
      </w:pPr>
      <w:r>
        <w:t>Thank them regardless of the outcome.</w:t>
      </w:r>
    </w:p>
    <w:p>
      <w:pPr>
        <w:pStyle w:val="Heading1"/>
      </w:pPr>
      <w:r>
        <w:t>5. Follow through</w:t>
      </w:r>
    </w:p>
    <w:p>
      <w:pPr>
        <w:pStyle w:val="ListBullet"/>
      </w:pPr>
      <w:r>
        <w:t>Apply promptly if advised.</w:t>
      </w:r>
    </w:p>
    <w:p>
      <w:pPr>
        <w:pStyle w:val="ListBullet"/>
      </w:pPr>
      <w:r>
        <w:t>Keep the referrer updated when appropriate.</w:t>
      </w:r>
    </w:p>
    <w:p>
      <w:pPr>
        <w:pStyle w:val="ListBullet"/>
      </w:pPr>
      <w:r>
        <w:t>Thank them after the application or conversation.</w:t>
      </w:r>
    </w:p>
    <w:p>
      <w:pPr>
        <w:pStyle w:val="ListBullet"/>
      </w:pPr>
      <w:r>
        <w:t>Never pressure them for confidential information.</w:t>
      </w:r>
    </w:p>
    <w:p>
      <w:pPr>
        <w:pStyle w:val="Heading1"/>
      </w:pPr>
      <w:r>
        <w:t>Referral readiness checklist</w:t>
      </w:r>
    </w:p>
    <w:p>
      <w:r>
        <w:t>☐ My target role is clear.</w:t>
      </w:r>
    </w:p>
    <w:p>
      <w:r>
        <w:t>☐ My LinkedIn profile is credible.</w:t>
      </w:r>
    </w:p>
    <w:p>
      <w:r>
        <w:t>☐ My CV is tailored.</w:t>
      </w:r>
    </w:p>
    <w:p>
      <w:r>
        <w:t>☐ I can explain why I fit the role.</w:t>
      </w:r>
    </w:p>
    <w:p>
      <w:r>
        <w:t>☐ I have a short value statement.</w:t>
      </w:r>
    </w:p>
    <w:p>
      <w:r>
        <w:t>☐ I have the exact job link.</w:t>
      </w:r>
    </w:p>
    <w:p>
      <w:r>
        <w:t>☐ I know what I am asking the person to do.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6C3FC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6C3FC5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