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Featured Section Guide</w:t>
      </w:r>
    </w:p>
    <w:p>
      <w:pPr>
        <w:jc w:val="center"/>
      </w:pPr>
      <w:r>
        <w:rPr>
          <w:i/>
          <w:sz w:val="20"/>
        </w:rPr>
        <w:t>Use Featured to showcase proof, not just collect links.</w:t>
      </w:r>
    </w:p>
    <w:p>
      <w:r>
        <w:rPr>
          <w:b/>
          <w:sz w:val="28"/>
        </w:rPr>
        <w:t>What is Featured for?</w:t>
      </w:r>
    </w:p>
    <w:p>
      <w:r>
        <w:t>Featured gives you a place to showcase work that helps someone understand your capabilities quickly. Choose items that strengthen your professional positioning.</w:t>
      </w:r>
    </w:p>
    <w:p>
      <w:r>
        <w:rPr>
          <w:b/>
          <w:sz w:val="28"/>
        </w:rPr>
        <w:t>What You Can Feature</w:t>
      </w:r>
    </w:p>
    <w:p>
      <w:pPr>
        <w:pStyle w:val="ListBullet"/>
      </w:pPr>
      <w:r>
        <w:t>Portfolio or personal website</w:t>
      </w:r>
    </w:p>
    <w:p>
      <w:pPr>
        <w:pStyle w:val="ListBullet"/>
      </w:pPr>
      <w:r>
        <w:t>Case studies</w:t>
      </w:r>
    </w:p>
    <w:p>
      <w:pPr>
        <w:pStyle w:val="ListBullet"/>
      </w:pPr>
      <w:r>
        <w:t>Work samples</w:t>
      </w:r>
    </w:p>
    <w:p>
      <w:pPr>
        <w:pStyle w:val="ListBullet"/>
      </w:pPr>
      <w:r>
        <w:t>Projects</w:t>
      </w:r>
    </w:p>
    <w:p>
      <w:pPr>
        <w:pStyle w:val="ListBullet"/>
      </w:pPr>
      <w:r>
        <w:t>Professional posts or articles</w:t>
      </w:r>
    </w:p>
    <w:p>
      <w:pPr>
        <w:pStyle w:val="ListBullet"/>
      </w:pPr>
      <w:r>
        <w:t>Certifications</w:t>
      </w:r>
    </w:p>
    <w:p>
      <w:pPr>
        <w:pStyle w:val="ListBullet"/>
      </w:pPr>
      <w:r>
        <w:t>Presentations</w:t>
      </w:r>
    </w:p>
    <w:p>
      <w:pPr>
        <w:pStyle w:val="ListBullet"/>
      </w:pPr>
      <w:r>
        <w:t>Relevant professional documents</w:t>
      </w:r>
    </w:p>
    <w:p>
      <w:r>
        <w:rPr>
          <w:b/>
          <w:sz w:val="28"/>
        </w:rPr>
        <w:t>Proof-of-Work Test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Question</w:t>
            </w:r>
          </w:p>
        </w:tc>
        <w:tc>
          <w:tcPr>
            <w:tcW w:type="dxa" w:w="5184"/>
          </w:tcPr>
          <w:p>
            <w:r>
              <w:t>Yes / No</w:t>
            </w:r>
          </w:p>
        </w:tc>
      </w:tr>
      <w:tr>
        <w:tc>
          <w:tcPr>
            <w:tcW w:type="dxa" w:w="5184"/>
          </w:tcPr>
          <w:p>
            <w:r>
              <w:t>Does it support my target direction?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Does it demonstrate a real capability?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Can someone understand why it matters?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Is the link or file accessible?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Is it current enough to represent me?</w:t>
            </w:r>
          </w:p>
        </w:tc>
        <w:tc>
          <w:tcPr>
            <w:tcW w:type="dxa" w:w="5184"/>
          </w:tcPr>
          <w:p>
            <w:r/>
          </w:p>
        </w:tc>
      </w:tr>
    </w:tbl>
    <w:p>
      <w:r>
        <w:rPr>
          <w:b/>
          <w:sz w:val="28"/>
        </w:rPr>
        <w:t>Featured Item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Item</w:t>
            </w:r>
          </w:p>
        </w:tc>
        <w:tc>
          <w:tcPr>
            <w:tcW w:type="dxa" w:w="2592"/>
          </w:tcPr>
          <w:p>
            <w:r>
              <w:t>What does it prove?</w:t>
            </w:r>
          </w:p>
        </w:tc>
        <w:tc>
          <w:tcPr>
            <w:tcW w:type="dxa" w:w="2592"/>
          </w:tcPr>
          <w:p>
            <w:r>
              <w:t>Link / file</w:t>
            </w:r>
          </w:p>
        </w:tc>
        <w:tc>
          <w:tcPr>
            <w:tcW w:type="dxa" w:w="2592"/>
          </w:tcPr>
          <w:p>
            <w:r>
              <w:t>CTA / description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>
      <w:r>
        <w:rPr>
          <w:b/>
          <w:sz w:val="28"/>
        </w:rPr>
        <w:t>Premium Exercise</w:t>
      </w:r>
    </w:p>
    <w:p>
      <w:r>
        <w:rPr>
          <w:b/>
        </w:rPr>
        <w:t>What should someone understand about my professional value after viewing Featured?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Which proof-of-work item should I create next?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