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 •  DAY 05</w:t>
      </w:r>
    </w:p>
    <w:p>
      <w:pPr>
        <w:pStyle w:val="Title"/>
      </w:pPr>
      <w:r>
        <w:t>Networking Conversation Guide</w:t>
      </w:r>
    </w:p>
    <w:p>
      <w:r>
        <w:rPr>
          <w:i/>
          <w:color w:val="2E7D5B"/>
        </w:rPr>
        <w:t>A practical structure for 15–20 minute professional conversations.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YOUR JOB</w:t>
              <w:br/>
            </w:r>
            <w:r>
              <w:t>Be curious, prepared and specific. You are not trying to force an outcome.</w:t>
            </w:r>
          </w:p>
        </w:tc>
      </w:tr>
    </w:tbl>
    <w:p/>
    <w:p>
      <w:pPr>
        <w:pStyle w:val="Heading1"/>
      </w:pPr>
      <w:r>
        <w:t>Before the conversation</w:t>
      </w:r>
    </w:p>
    <w:p>
      <w:pPr>
        <w:pStyle w:val="ListBullet"/>
      </w:pPr>
      <w:r>
        <w:t>Read their LinkedIn profile.</w:t>
      </w:r>
    </w:p>
    <w:p>
      <w:pPr>
        <w:pStyle w:val="ListBullet"/>
      </w:pPr>
      <w:r>
        <w:t>Understand their current role and company.</w:t>
      </w:r>
    </w:p>
    <w:p>
      <w:pPr>
        <w:pStyle w:val="ListBullet"/>
      </w:pPr>
      <w:r>
        <w:t>Prepare 3 useful questions.</w:t>
      </w:r>
    </w:p>
    <w:p>
      <w:pPr>
        <w:pStyle w:val="ListBullet"/>
      </w:pPr>
      <w:r>
        <w:t>Know your own target role and value proposition.</w:t>
      </w:r>
    </w:p>
    <w:p>
      <w:pPr>
        <w:pStyle w:val="ListBullet"/>
      </w:pPr>
      <w:r>
        <w:t>Set a simple objective.</w:t>
      </w:r>
    </w:p>
    <w:p>
      <w:pPr>
        <w:pStyle w:val="Heading1"/>
      </w:pPr>
      <w:r>
        <w:t>Opening</w:t>
      </w:r>
    </w:p>
    <w:p>
      <w:pPr>
        <w:pStyle w:val="ListBullet"/>
      </w:pPr>
      <w:r>
        <w:t>Thank them for their time.</w:t>
      </w:r>
    </w:p>
    <w:p>
      <w:pPr>
        <w:pStyle w:val="ListBullet"/>
      </w:pPr>
      <w:r>
        <w:t>Give 20–30 seconds of context for why you reached out.</w:t>
      </w:r>
    </w:p>
    <w:p>
      <w:pPr>
        <w:pStyle w:val="ListBullet"/>
      </w:pPr>
      <w:r>
        <w:t>Explain what you hope to learn.</w:t>
      </w:r>
    </w:p>
    <w:p>
      <w:pPr>
        <w:pStyle w:val="Heading1"/>
      </w:pPr>
      <w:r>
        <w:t>Questions to ask</w:t>
      </w:r>
    </w:p>
    <w:p>
      <w:pPr>
        <w:pStyle w:val="ListBullet"/>
      </w:pPr>
      <w:r>
        <w:t>How did you move into your current role?</w:t>
      </w:r>
    </w:p>
    <w:p>
      <w:pPr>
        <w:pStyle w:val="ListBullet"/>
      </w:pPr>
      <w:r>
        <w:t>What skills matter most in your function?</w:t>
      </w:r>
    </w:p>
    <w:p>
      <w:pPr>
        <w:pStyle w:val="ListBullet"/>
      </w:pPr>
      <w:r>
        <w:t>What does strong performance look like in your team?</w:t>
      </w:r>
    </w:p>
    <w:p>
      <w:pPr>
        <w:pStyle w:val="ListBullet"/>
      </w:pPr>
      <w:r>
        <w:t>What changes are you seeing in the field?</w:t>
      </w:r>
    </w:p>
    <w:p>
      <w:pPr>
        <w:pStyle w:val="ListBullet"/>
      </w:pPr>
      <w:r>
        <w:t>What would you recommend someone targeting this type of role focus on?</w:t>
      </w:r>
    </w:p>
    <w:p>
      <w:pPr>
        <w:pStyle w:val="ListBullet"/>
      </w:pPr>
      <w:r>
        <w:t>Are there communities, people or resources I should know about?</w:t>
      </w:r>
    </w:p>
    <w:p>
      <w:pPr>
        <w:pStyle w:val="Heading1"/>
      </w:pPr>
      <w:r>
        <w:t>If opportunity comes up</w:t>
      </w:r>
    </w:p>
    <w:p>
      <w:pPr>
        <w:pStyle w:val="ListBullet"/>
      </w:pPr>
      <w:r>
        <w:t>Ask about the team or role.</w:t>
      </w:r>
    </w:p>
    <w:p>
      <w:pPr>
        <w:pStyle w:val="ListBullet"/>
      </w:pPr>
      <w:r>
        <w:t>Ask what the hiring process values.</w:t>
      </w:r>
    </w:p>
    <w:p>
      <w:pPr>
        <w:pStyle w:val="ListBullet"/>
      </w:pPr>
      <w:r>
        <w:t>Share relevant evidence from your experience.</w:t>
      </w:r>
    </w:p>
    <w:p>
      <w:pPr>
        <w:pStyle w:val="ListBullet"/>
      </w:pPr>
      <w:r>
        <w:t>If appropriate, ask about the application or referral process.</w:t>
      </w:r>
    </w:p>
    <w:p>
      <w:pPr>
        <w:pStyle w:val="Heading1"/>
      </w:pPr>
      <w:r>
        <w:t>Close</w:t>
      </w:r>
    </w:p>
    <w:p>
      <w:pPr>
        <w:pStyle w:val="ListBullet"/>
      </w:pPr>
      <w:r>
        <w:t>Thank them.</w:t>
      </w:r>
    </w:p>
    <w:p>
      <w:pPr>
        <w:pStyle w:val="ListBullet"/>
      </w:pPr>
      <w:r>
        <w:t>Share one useful insight you are taking away.</w:t>
      </w:r>
    </w:p>
    <w:p>
      <w:pPr>
        <w:pStyle w:val="ListBullet"/>
      </w:pPr>
      <w:r>
        <w:t>Ask permission to stay in touch.</w:t>
      </w:r>
    </w:p>
    <w:p>
      <w:pPr>
        <w:pStyle w:val="ListBullet"/>
      </w:pPr>
      <w:r>
        <w:t>Send a short thank-you message.</w:t>
      </w:r>
    </w:p>
    <w:p>
      <w:pPr>
        <w:pStyle w:val="Heading1"/>
      </w:pPr>
      <w:r>
        <w:t>Conversation notes</w:t>
      </w:r>
    </w:p>
    <w:p>
      <w:r>
        <w:t>Person: __________________________</w:t>
      </w:r>
    </w:p>
    <w:p>
      <w:r>
        <w:t>Key insight: ______________________</w:t>
      </w:r>
    </w:p>
    <w:p>
      <w:r>
        <w:t>Useful contact/resource: __________</w:t>
      </w:r>
    </w:p>
    <w:p>
      <w:r>
        <w:t>Next action: ______________________</w:t>
      </w:r>
    </w:p>
    <w:p>
      <w:r>
        <w:t>Follow-up date: ___________________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C3FC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6C3FC5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