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10 | Referral Candidate Map</w:t>
      </w:r>
    </w:p>
    <w:p>
      <w:pPr>
        <w:jc w:val="center"/>
      </w:pPr>
      <w:r>
        <w:rPr>
          <w:i/>
          <w:color w:val="666666"/>
          <w:sz w:val="20"/>
        </w:rPr>
        <w:t>Find the people most likely to create useful opportunity access.</w:t>
      </w:r>
    </w:p>
    <w:p>
      <w:pPr>
        <w:pStyle w:val="Heading1"/>
      </w:pPr>
      <w:r>
        <w:rPr>
          <w:color w:val="6C3FC5"/>
        </w:rPr>
        <w:t>Instructions</w:t>
      </w:r>
    </w:p>
    <w:p>
      <w:r>
        <w:t>Do not think only about people who can directly refer you. Include people who can provide market information, introductions, context, recommendations or access to another relevant person.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Company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Relationship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Why They Are Relevant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Possible Ask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Strength</w:t>
            </w:r>
          </w:p>
        </w:tc>
        <w:tc>
          <w:tcPr>
            <w:tcW w:type="dxa" w:w="1080"/>
            <w:shd w:fill="6C3FC5"/>
          </w:tcPr>
          <w:p>
            <w:r>
              <w:rPr>
                <w:b/>
                <w:color w:val="FFFFFF"/>
              </w:rPr>
              <w:t>Priority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  <w:tr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/>
          </w:p>
        </w:tc>
        <w:tc>
          <w:tcPr>
            <w:tcW w:type="dxa" w:w="1080"/>
          </w:tcPr>
          <w:p>
            <w:r>
              <w:t>Warm / Cold</w:t>
            </w:r>
          </w:p>
        </w:tc>
        <w:tc>
          <w:tcPr>
            <w:tcW w:type="dxa" w:w="1080"/>
          </w:tcPr>
          <w:p>
            <w:r>
              <w:t>High / Med / Low</w:t>
            </w:r>
          </w:p>
        </w:tc>
      </w:tr>
    </w:tbl>
    <w:p>
      <w:pPr>
        <w:pStyle w:val="Heading1"/>
      </w:pPr>
      <w:r>
        <w:rPr>
          <w:color w:val="6C3FC5"/>
        </w:rPr>
        <w:t>Prioritisation Questions</w:t>
      </w:r>
    </w:p>
    <w:p>
      <w:pPr>
        <w:pStyle w:val="ListBullet"/>
      </w:pPr>
      <w:r>
        <w:t>Do they work in my target market?</w:t>
      </w:r>
    </w:p>
    <w:p>
      <w:pPr>
        <w:pStyle w:val="ListBullet"/>
      </w:pPr>
      <w:r>
        <w:t>Do they know my work or have context about me?</w:t>
      </w:r>
    </w:p>
    <w:p>
      <w:pPr>
        <w:pStyle w:val="ListBullet"/>
      </w:pPr>
      <w:r>
        <w:t>Could they realistically connect me to someone relevant?</w:t>
      </w:r>
    </w:p>
    <w:p>
      <w:pPr>
        <w:pStyle w:val="ListBullet"/>
      </w:pPr>
      <w:r>
        <w:t>Would my request be reasonable for the relationship?</w:t>
      </w:r>
    </w:p>
    <w:p>
      <w:pPr>
        <w:pStyle w:val="ListBullet"/>
      </w:pPr>
      <w:r>
        <w:t>Can I make the request specific?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