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07</w:t>
      </w:r>
    </w:p>
    <w:p>
      <w:pPr>
        <w:pStyle w:val="Title"/>
      </w:pPr>
      <w:r>
        <w:t>Networking Message Personalisation Worksheet</w:t>
      </w:r>
    </w:p>
    <w:p>
      <w:r>
        <w:rPr>
          <w:i/>
          <w:color w:val="2E7D5B"/>
        </w:rPr>
        <w:t>Build personalised messages instead of sending the same text to everyone.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THE PERSONALISATION TEST</w:t>
              <w:br/>
            </w:r>
            <w:r>
              <w:t>Could this exact message have been sent to 50 other people? If yes, personalise it.</w:t>
            </w:r>
          </w:p>
        </w:tc>
      </w:tr>
    </w:tbl>
    <w:p/>
    <w:p>
      <w:pPr>
        <w:pStyle w:val="Heading1"/>
      </w:pPr>
      <w:r>
        <w:t>Before you message</w:t>
      </w:r>
    </w:p>
    <w:p>
      <w:r>
        <w:t>Who am I messaging? _________________________________</w:t>
      </w:r>
    </w:p>
    <w:p>
      <w:r>
        <w:t>What do I know about them? _____________________________</w:t>
      </w:r>
    </w:p>
    <w:p>
      <w:r>
        <w:t>What specifically caught my attention? __________________</w:t>
      </w:r>
    </w:p>
    <w:p>
      <w:r>
        <w:t>What do we have in common? _____________________________</w:t>
      </w:r>
    </w:p>
    <w:p>
      <w:r>
        <w:t>What do I want from this conversation? __________________</w:t>
      </w:r>
    </w:p>
    <w:p>
      <w:r>
        <w:t>What is the smallest reasonable ask? ____________________</w:t>
      </w:r>
    </w:p>
    <w:p>
      <w:pPr>
        <w:pStyle w:val="Heading1"/>
      </w:pPr>
      <w:r>
        <w:t>Draft</w:t>
      </w:r>
    </w:p>
    <w:p>
      <w:r>
        <w:t>Opening/context: __________________________________________________________</w:t>
        <w:br/>
        <w:br/>
        <w:t>Specific reason: ____________________________________________________________</w:t>
        <w:br/>
        <w:br/>
        <w:t>Small ask: __________________________________________________________________</w:t>
        <w:br/>
        <w:br/>
        <w:t>Close: ______________________________________________________________________</w:t>
      </w:r>
    </w:p>
    <w:p>
      <w:pPr>
        <w:pStyle w:val="Heading1"/>
      </w:pPr>
      <w:r>
        <w:t>Final check</w:t>
      </w:r>
    </w:p>
    <w:p>
      <w:pPr>
        <w:pStyle w:val="ListBullet"/>
      </w:pPr>
      <w:r>
        <w:t>Personalised to this person</w:t>
      </w:r>
    </w:p>
    <w:p>
      <w:pPr>
        <w:pStyle w:val="ListBullet"/>
      </w:pPr>
      <w:r>
        <w:t>Specific reason for reaching out</w:t>
      </w:r>
    </w:p>
    <w:p>
      <w:pPr>
        <w:pStyle w:val="ListBullet"/>
      </w:pPr>
      <w:r>
        <w:t>Small and clear ask</w:t>
      </w:r>
    </w:p>
    <w:p>
      <w:pPr>
        <w:pStyle w:val="ListBullet"/>
      </w:pPr>
      <w:r>
        <w:t>No unnecessary biography</w:t>
      </w:r>
    </w:p>
    <w:p>
      <w:pPr>
        <w:pStyle w:val="ListBullet"/>
      </w:pPr>
      <w:r>
        <w:t>Professional and human tone</w:t>
      </w:r>
    </w:p>
    <w:p>
      <w:pPr>
        <w:pStyle w:val="ListBullet"/>
      </w:pPr>
      <w:r>
        <w:t>Easy for the person to respond to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