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0"/>
        </w:rPr>
        <w:t>OPPORTUNITY NAVIGATOR</w:t>
      </w:r>
    </w:p>
    <w:p>
      <w:pPr>
        <w:jc w:val="center"/>
      </w:pPr>
      <w:r>
        <w:rPr>
          <w:b/>
          <w:sz w:val="40"/>
        </w:rPr>
        <w:t>Day 3 — LinkedIn Experience Section Guide</w:t>
      </w:r>
    </w:p>
    <w:p>
      <w:pPr>
        <w:jc w:val="center"/>
      </w:pPr>
      <w:r>
        <w:rPr>
          <w:i/>
          <w:sz w:val="20"/>
        </w:rPr>
        <w:t>Turn your Experience section into evidence of what you can contribute.</w:t>
      </w:r>
    </w:p>
    <w:p>
      <w:r>
        <w:rPr>
          <w:b/>
          <w:sz w:val="28"/>
        </w:rPr>
        <w:t>Your Experience section should answer</w:t>
      </w:r>
    </w:p>
    <w:p>
      <w:pPr>
        <w:pStyle w:val="ListBullet"/>
      </w:pPr>
      <w:r>
        <w:t>What was I responsible for?</w:t>
      </w:r>
    </w:p>
    <w:p>
      <w:pPr>
        <w:pStyle w:val="ListBullet"/>
      </w:pPr>
      <w:r>
        <w:t>What did I personally contribute?</w:t>
      </w:r>
    </w:p>
    <w:p>
      <w:pPr>
        <w:pStyle w:val="ListBullet"/>
      </w:pPr>
      <w:r>
        <w:t>What problems did I help solve?</w:t>
      </w:r>
    </w:p>
    <w:p>
      <w:pPr>
        <w:pStyle w:val="ListBullet"/>
      </w:pPr>
      <w:r>
        <w:t>What changed because of my work?</w:t>
      </w:r>
    </w:p>
    <w:p>
      <w:pPr>
        <w:pStyle w:val="ListBullet"/>
      </w:pPr>
      <w:r>
        <w:t>What skills and tools did I use?</w:t>
      </w:r>
    </w:p>
    <w:p>
      <w:r>
        <w:rPr>
          <w:b/>
          <w:sz w:val="28"/>
        </w:rPr>
        <w:t>Experience Formula</w:t>
      </w:r>
    </w:p>
    <w:p>
      <w:r>
        <w:t>CONTEXT → CONTRIBUTION → ACHIEVEMENT → TOOLS / SKILLS</w:t>
      </w:r>
    </w:p>
    <w:p>
      <w:r>
        <w:rPr>
          <w:b/>
          <w:sz w:val="28"/>
        </w:rPr>
        <w:t>Before and After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Weak</w:t>
            </w:r>
          </w:p>
        </w:tc>
        <w:tc>
          <w:tcPr>
            <w:tcW w:type="dxa" w:w="5184"/>
          </w:tcPr>
          <w:p>
            <w:r>
              <w:t>Stronger</w:t>
            </w:r>
          </w:p>
        </w:tc>
      </w:tr>
      <w:tr>
        <w:tc>
          <w:tcPr>
            <w:tcW w:type="dxa" w:w="5184"/>
          </w:tcPr>
          <w:p>
            <w:r>
              <w:t>Managed projects and stakeholders.</w:t>
            </w:r>
          </w:p>
        </w:tc>
        <w:tc>
          <w:tcPr>
            <w:tcW w:type="dxa" w:w="5184"/>
          </w:tcPr>
          <w:p>
            <w:r>
              <w:t>Coordinated project activities across multiple stakeholders, tracked deliverables and maintained progress visibility to support timely execution.</w:t>
            </w:r>
          </w:p>
        </w:tc>
      </w:tr>
      <w:tr>
        <w:tc>
          <w:tcPr>
            <w:tcW w:type="dxa" w:w="5184"/>
          </w:tcPr>
          <w:p>
            <w:r>
              <w:t>Handled administrative tasks.</w:t>
            </w:r>
          </w:p>
        </w:tc>
        <w:tc>
          <w:tcPr>
            <w:tcW w:type="dxa" w:w="5184"/>
          </w:tcPr>
          <w:p>
            <w:r>
              <w:t>Coordinated calendars, documents, meeting actions and follow-ups, helping the team maintain organised day-to-day operations.</w:t>
            </w:r>
          </w:p>
        </w:tc>
      </w:tr>
      <w:tr>
        <w:tc>
          <w:tcPr>
            <w:tcW w:type="dxa" w:w="5184"/>
          </w:tcPr>
          <w:p>
            <w:r>
              <w:t>Created social media content.</w:t>
            </w:r>
          </w:p>
        </w:tc>
        <w:tc>
          <w:tcPr>
            <w:tcW w:type="dxa" w:w="5184"/>
          </w:tcPr>
          <w:p>
            <w:r>
              <w:t>Planned and published content across multiple platforms, using performance insights to improve engagement and consistency.</w:t>
            </w:r>
          </w:p>
        </w:tc>
      </w:tr>
    </w:tbl>
    <w:p>
      <w:r>
        <w:rPr>
          <w:b/>
          <w:sz w:val="28"/>
        </w:rPr>
        <w:t>Add</w:t>
      </w:r>
    </w:p>
    <w:p>
      <w:pPr>
        <w:pStyle w:val="ListBullet"/>
      </w:pPr>
      <w:r>
        <w:t>Concise role context</w:t>
      </w:r>
    </w:p>
    <w:p>
      <w:pPr>
        <w:pStyle w:val="ListBullet"/>
      </w:pPr>
      <w:r>
        <w:t>3–6 strong bullets for recent/relevant roles</w:t>
      </w:r>
    </w:p>
    <w:p>
      <w:pPr>
        <w:pStyle w:val="ListBullet"/>
      </w:pPr>
      <w:r>
        <w:t>Truthful quantified outcomes</w:t>
      </w:r>
    </w:p>
    <w:p>
      <w:pPr>
        <w:pStyle w:val="ListBullet"/>
      </w:pPr>
      <w:r>
        <w:t>Relevant tools and systems</w:t>
      </w:r>
    </w:p>
    <w:p>
      <w:pPr>
        <w:pStyle w:val="ListBullet"/>
      </w:pPr>
      <w:r>
        <w:t>Projects or media where appropriate</w:t>
      </w:r>
    </w:p>
    <w:p>
      <w:pPr>
        <w:pStyle w:val="ListBullet"/>
      </w:pPr>
      <w:r>
        <w:t>Relevant keywords</w:t>
      </w:r>
    </w:p>
    <w:p>
      <w:r>
        <w:rPr>
          <w:b/>
          <w:sz w:val="28"/>
        </w:rPr>
        <w:t>Reduce</w:t>
      </w:r>
    </w:p>
    <w:p>
      <w:pPr>
        <w:pStyle w:val="ListBullet"/>
      </w:pPr>
      <w:r>
        <w:t>Repeated generic duties</w:t>
      </w:r>
    </w:p>
    <w:p>
      <w:pPr>
        <w:pStyle w:val="ListBullet"/>
      </w:pPr>
      <w:r>
        <w:t>Long paragraphs</w:t>
      </w:r>
    </w:p>
    <w:p>
      <w:pPr>
        <w:pStyle w:val="ListBullet"/>
      </w:pPr>
      <w:r>
        <w:t>Irrelevant details</w:t>
      </w:r>
    </w:p>
    <w:p>
      <w:pPr>
        <w:pStyle w:val="ListBullet"/>
      </w:pPr>
      <w:r>
        <w:t>Unsupported claims</w:t>
      </w:r>
    </w:p>
    <w:p>
      <w:r>
        <w:rPr>
          <w:b/>
          <w:sz w:val="28"/>
        </w:rPr>
        <w:t>Experience Rewrite Worksheet</w:t>
      </w:r>
    </w:p>
    <w:p>
      <w:r>
        <w:rPr>
          <w:b/>
        </w:rPr>
        <w:t>Job title / company:</w:t>
      </w:r>
    </w:p>
    <w:p>
      <w:r>
        <w:t>_________________________________________________________________________________________________________</w:t>
      </w:r>
    </w:p>
    <w:p>
      <w:r>
        <w:rPr>
          <w:b/>
        </w:rPr>
        <w:t>Role context: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rPr>
          <w:b/>
        </w:rPr>
        <w:t>My main contributions: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rPr>
          <w:b/>
        </w:rPr>
        <w:t>Achievements / outcomes: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rPr>
          <w:b/>
        </w:rPr>
        <w:t>Tools / skills used:</w:t>
      </w:r>
    </w:p>
    <w:p>
      <w:r>
        <w:t>_________________________________________________________________________________________________________</w:t>
      </w:r>
    </w:p>
    <w:p>
      <w:r>
        <w:rPr>
          <w:b/>
        </w:rPr>
        <w:t>Final LinkedIn Experience description: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