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10 | Referral &amp; Introduction Request Templates</w:t>
      </w:r>
    </w:p>
    <w:p>
      <w:pPr>
        <w:jc w:val="center"/>
      </w:pPr>
      <w:r>
        <w:rPr>
          <w:i/>
          <w:color w:val="666666"/>
          <w:sz w:val="20"/>
        </w:rPr>
        <w:t>Use these as starting points. Personalise every request.</w:t>
      </w:r>
    </w:p>
    <w:p>
      <w:pPr>
        <w:pStyle w:val="Heading1"/>
      </w:pPr>
      <w:r>
        <w:rPr>
          <w:color w:val="6C3FC5"/>
        </w:rPr>
        <w:t>Template 1 — Warm Contact</w:t>
      </w:r>
    </w:p>
    <w:p>
      <w:r>
        <w:t>Hi [Name], I hope you’re doing well. I’m currently targeting [role/function] opportunities, particularly with [type of company/industry]. Given your experience in [context], I wanted to ask if you know anyone I could speak with about this space. I’d really appreciate an introduction if someone comes to mind. I’m happy to share my CV/work sample for context.</w:t>
      </w:r>
    </w:p>
    <w:p>
      <w:pPr>
        <w:pStyle w:val="Heading1"/>
      </w:pPr>
      <w:r>
        <w:rPr>
          <w:color w:val="6C3FC5"/>
        </w:rPr>
        <w:t>Template 2 — Specific Opportunity</w:t>
      </w:r>
    </w:p>
    <w:p>
      <w:r>
        <w:t>Hi [Name], I noticed the [Role] opportunity at [Company]. It is closely aligned with my experience in [relevant area]. I’m planning to apply and wanted to ask whether you would be comfortable referring me or pointing me to the appropriate person. I can send a concise summary of my relevant experience and the role link.</w:t>
      </w:r>
    </w:p>
    <w:p>
      <w:pPr>
        <w:pStyle w:val="Heading1"/>
      </w:pPr>
      <w:r>
        <w:rPr>
          <w:color w:val="6C3FC5"/>
        </w:rPr>
        <w:t>Template 3 — Introduction Request</w:t>
      </w:r>
    </w:p>
    <w:p>
      <w:r>
        <w:t>Hi [Name], I’m exploring opportunities in [function/industry] and noticed that you’re connected to [Person/Company]. I’m particularly interested in learning more about [specific area]. Would you be comfortable introducing us? No pressure at all if not.</w:t>
      </w:r>
    </w:p>
    <w:p>
      <w:pPr>
        <w:pStyle w:val="Heading1"/>
      </w:pPr>
      <w:r>
        <w:rPr>
          <w:color w:val="6C3FC5"/>
        </w:rPr>
        <w:t>Template 4 — After a Conversation</w:t>
      </w:r>
    </w:p>
    <w:p>
      <w:r>
        <w:t>Thank you again for the conversation. Your point about [specific insight] was particularly helpful. Based on what you shared, I’m going to focus on [next step]. If someone in your network comes to mind who works closely in [specific area], I’d be grateful for an introduction.</w:t>
      </w:r>
    </w:p>
    <w:p>
      <w:pPr>
        <w:pStyle w:val="Heading1"/>
      </w:pPr>
      <w:r>
        <w:rPr>
          <w:color w:val="6C3FC5"/>
        </w:rPr>
        <w:t>Before You Send</w:t>
      </w:r>
    </w:p>
    <w:p>
      <w:pPr>
        <w:pStyle w:val="ListBullet"/>
      </w:pPr>
      <w:r>
        <w:t>Mention why you chose this person.</w:t>
      </w:r>
    </w:p>
    <w:p>
      <w:pPr>
        <w:pStyle w:val="ListBullet"/>
      </w:pPr>
      <w:r>
        <w:t>Make one clear ask.</w:t>
      </w:r>
    </w:p>
    <w:p>
      <w:pPr>
        <w:pStyle w:val="ListBullet"/>
      </w:pPr>
      <w:r>
        <w:t>Keep the message concise.</w:t>
      </w:r>
    </w:p>
    <w:p>
      <w:pPr>
        <w:pStyle w:val="ListBullet"/>
      </w:pPr>
      <w:r>
        <w:t>Make it easy to say no.</w:t>
      </w:r>
    </w:p>
    <w:p>
      <w:pPr>
        <w:pStyle w:val="ListBullet"/>
      </w:pPr>
      <w:r>
        <w:t>Do not attach excessive materials.</w:t>
      </w:r>
    </w:p>
    <w:p>
      <w:pPr>
        <w:pStyle w:val="ListBullet"/>
      </w:pPr>
      <w:r>
        <w:t>Proofread names, companies and role titles.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