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13 | Interview Question Bank</w:t>
      </w:r>
    </w:p>
    <w:p>
      <w:pPr>
        <w:jc w:val="center"/>
      </w:pPr>
      <w:r>
        <w:rPr>
          <w:i/>
        </w:rPr>
        <w:t>Prepare strategically instead of trying to memorise every possible question.</w:t>
      </w:r>
    </w:p>
    <w:p>
      <w:pPr>
        <w:pStyle w:val="Heading1"/>
      </w:pPr>
      <w:r>
        <w:rPr>
          <w:color w:val="6C3FC5"/>
        </w:rPr>
        <w:t>Opening</w:t>
      </w:r>
    </w:p>
    <w:p>
      <w:pPr>
        <w:pStyle w:val="ListBullet"/>
      </w:pPr>
      <w:r>
        <w:t>Tell me about yourself.</w:t>
      </w:r>
    </w:p>
    <w:p>
      <w:pPr>
        <w:pStyle w:val="ListBullet"/>
      </w:pPr>
      <w:r>
        <w:t>Walk me through your experience.</w:t>
      </w:r>
    </w:p>
    <w:p>
      <w:pPr>
        <w:pStyle w:val="ListBullet"/>
      </w:pPr>
      <w:r>
        <w:t>What are you currently looking for?</w:t>
      </w:r>
    </w:p>
    <w:p>
      <w:pPr>
        <w:pStyle w:val="Heading1"/>
      </w:pPr>
      <w:r>
        <w:rPr>
          <w:color w:val="6C3FC5"/>
        </w:rPr>
        <w:t>Motivation &amp; Fit</w:t>
      </w:r>
    </w:p>
    <w:p>
      <w:pPr>
        <w:pStyle w:val="ListBullet"/>
      </w:pPr>
      <w:r>
        <w:t>Why this role?</w:t>
      </w:r>
    </w:p>
    <w:p>
      <w:pPr>
        <w:pStyle w:val="ListBullet"/>
      </w:pPr>
      <w:r>
        <w:t>Why this organisation?</w:t>
      </w:r>
    </w:p>
    <w:p>
      <w:pPr>
        <w:pStyle w:val="ListBullet"/>
      </w:pPr>
      <w:r>
        <w:t>Why are you considering a move?</w:t>
      </w:r>
    </w:p>
    <w:p>
      <w:pPr>
        <w:pStyle w:val="ListBullet"/>
      </w:pPr>
      <w:r>
        <w:t>What interests you about this function?</w:t>
      </w:r>
    </w:p>
    <w:p>
      <w:pPr>
        <w:pStyle w:val="ListBullet"/>
      </w:pPr>
      <w:r>
        <w:t>What makes this opportunity relevant to your goals?</w:t>
      </w:r>
    </w:p>
    <w:p>
      <w:pPr>
        <w:pStyle w:val="Heading1"/>
      </w:pPr>
      <w:r>
        <w:rPr>
          <w:color w:val="6C3FC5"/>
        </w:rPr>
        <w:t>Behavioural</w:t>
      </w:r>
    </w:p>
    <w:p>
      <w:pPr>
        <w:pStyle w:val="ListBullet"/>
      </w:pPr>
      <w:r>
        <w:t>Tell me about a challenging project.</w:t>
      </w:r>
    </w:p>
    <w:p>
      <w:pPr>
        <w:pStyle w:val="ListBullet"/>
      </w:pPr>
      <w:r>
        <w:t>Tell me about a time you handled conflict.</w:t>
      </w:r>
    </w:p>
    <w:p>
      <w:pPr>
        <w:pStyle w:val="ListBullet"/>
      </w:pPr>
      <w:r>
        <w:t>Tell me about a mistake and what you learned.</w:t>
      </w:r>
    </w:p>
    <w:p>
      <w:pPr>
        <w:pStyle w:val="ListBullet"/>
      </w:pPr>
      <w:r>
        <w:t>Tell me about a time you influenced someone.</w:t>
      </w:r>
    </w:p>
    <w:p>
      <w:pPr>
        <w:pStyle w:val="ListBullet"/>
      </w:pPr>
      <w:r>
        <w:t>Tell me about a time you managed competing priorities.</w:t>
      </w:r>
    </w:p>
    <w:p>
      <w:pPr>
        <w:pStyle w:val="ListBullet"/>
      </w:pPr>
      <w:r>
        <w:t>Tell me about a time you solved a difficult problem.</w:t>
      </w:r>
    </w:p>
    <w:p>
      <w:pPr>
        <w:pStyle w:val="Heading1"/>
      </w:pPr>
      <w:r>
        <w:rPr>
          <w:color w:val="6C3FC5"/>
        </w:rPr>
        <w:t>Execution</w:t>
      </w:r>
    </w:p>
    <w:p>
      <w:pPr>
        <w:pStyle w:val="ListBullet"/>
      </w:pPr>
      <w:r>
        <w:t>How do you prioritise?</w:t>
      </w:r>
    </w:p>
    <w:p>
      <w:pPr>
        <w:pStyle w:val="ListBullet"/>
      </w:pPr>
      <w:r>
        <w:t>How do you manage deadlines?</w:t>
      </w:r>
    </w:p>
    <w:p>
      <w:pPr>
        <w:pStyle w:val="ListBullet"/>
      </w:pPr>
      <w:r>
        <w:t>How do you communicate project risks?</w:t>
      </w:r>
    </w:p>
    <w:p>
      <w:pPr>
        <w:pStyle w:val="ListBullet"/>
      </w:pPr>
      <w:r>
        <w:t>How do you measure success?</w:t>
      </w:r>
    </w:p>
    <w:p>
      <w:pPr>
        <w:pStyle w:val="ListBullet"/>
      </w:pPr>
      <w:r>
        <w:t>How do you handle ambiguity?</w:t>
      </w:r>
    </w:p>
    <w:p>
      <w:pPr>
        <w:pStyle w:val="Heading1"/>
      </w:pPr>
      <w:r>
        <w:rPr>
          <w:color w:val="6C3FC5"/>
        </w:rPr>
        <w:t>Role-Specific</w:t>
      </w:r>
    </w:p>
    <w:p>
      <w:r>
        <w:t>Add questions directly from the job description. For each major requirement, prepare one example showing how you have demonstrated it.</w:t>
      </w:r>
    </w:p>
    <w:p>
      <w:pPr>
        <w:pStyle w:val="Heading1"/>
      </w:pPr>
      <w:r>
        <w:rPr>
          <w:color w:val="6C3FC5"/>
        </w:rPr>
        <w:t>Questions to Ask</w:t>
      </w:r>
    </w:p>
    <w:p>
      <w:pPr>
        <w:pStyle w:val="ListBullet"/>
      </w:pPr>
      <w:r>
        <w:t>What would success look like in the first 90 days?</w:t>
      </w:r>
    </w:p>
    <w:p>
      <w:pPr>
        <w:pStyle w:val="ListBullet"/>
      </w:pPr>
      <w:r>
        <w:t>What are the team's most important priorities right now?</w:t>
      </w:r>
    </w:p>
    <w:p>
      <w:pPr>
        <w:pStyle w:val="ListBullet"/>
      </w:pPr>
      <w:r>
        <w:t>What challenges would this person be expected to help solve?</w:t>
      </w:r>
    </w:p>
    <w:p>
      <w:pPr>
        <w:pStyle w:val="ListBullet"/>
      </w:pPr>
      <w:r>
        <w:t>How is performance measured?</w:t>
      </w:r>
    </w:p>
    <w:p>
      <w:pPr>
        <w:pStyle w:val="ListBullet"/>
      </w:pPr>
      <w:r>
        <w:t>What are the next steps in the process?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