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Headline Guide</w:t>
      </w:r>
    </w:p>
    <w:p>
      <w:pPr>
        <w:jc w:val="center"/>
      </w:pPr>
      <w:r>
        <w:rPr>
          <w:i/>
          <w:sz w:val="20"/>
        </w:rPr>
        <w:t>Write a headline that tells people what you do and what you bring.</w:t>
      </w:r>
    </w:p>
    <w:p>
      <w:r>
        <w:rPr>
          <w:b/>
          <w:sz w:val="28"/>
        </w:rPr>
        <w:t>The Core Formula</w:t>
      </w:r>
    </w:p>
    <w:p>
      <w:r>
        <w:t>[Professional Identity] | [Core Expertise] | [Value / Outcome] | [Relevant Keyword]</w:t>
      </w:r>
    </w:p>
    <w:p>
      <w:r>
        <w:rPr>
          <w:b/>
          <w:sz w:val="28"/>
        </w:rPr>
        <w:t>Examples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Situation</w:t>
            </w:r>
          </w:p>
        </w:tc>
        <w:tc>
          <w:tcPr>
            <w:tcW w:type="dxa" w:w="5184"/>
          </w:tcPr>
          <w:p>
            <w:r>
              <w:t>Example</w:t>
            </w:r>
          </w:p>
        </w:tc>
      </w:tr>
      <w:tr>
        <w:tc>
          <w:tcPr>
            <w:tcW w:type="dxa" w:w="5184"/>
          </w:tcPr>
          <w:p>
            <w:r>
              <w:t>Project professional</w:t>
            </w:r>
          </w:p>
        </w:tc>
        <w:tc>
          <w:tcPr>
            <w:tcW w:type="dxa" w:w="5184"/>
          </w:tcPr>
          <w:p>
            <w:r>
              <w:t>Project Manager | Program Delivery &amp; Operations | Turning Plans Into Structured Execution &amp; Measurable Outcomes</w:t>
            </w:r>
          </w:p>
        </w:tc>
      </w:tr>
      <w:tr>
        <w:tc>
          <w:tcPr>
            <w:tcW w:type="dxa" w:w="5184"/>
          </w:tcPr>
          <w:p>
            <w:r>
              <w:t>Administrative professional</w:t>
            </w:r>
          </w:p>
        </w:tc>
        <w:tc>
          <w:tcPr>
            <w:tcW w:type="dxa" w:w="5184"/>
          </w:tcPr>
          <w:p>
            <w:r>
              <w:t>Administrative &amp; Executive Support Professional | Calendar, Operations &amp; Stakeholder Coordination | Helping Teams Stay Organised &amp; On Track</w:t>
            </w:r>
          </w:p>
        </w:tc>
      </w:tr>
      <w:tr>
        <w:tc>
          <w:tcPr>
            <w:tcW w:type="dxa" w:w="5184"/>
          </w:tcPr>
          <w:p>
            <w:r>
              <w:t>Career changer</w:t>
            </w:r>
          </w:p>
        </w:tc>
        <w:tc>
          <w:tcPr>
            <w:tcW w:type="dxa" w:w="5184"/>
          </w:tcPr>
          <w:p>
            <w:r>
              <w:t>Project Management &amp; Operations Professional | Digital Skills + Cross-Functional Coordination | Helping Teams Move Work From Idea to Execution</w:t>
            </w:r>
          </w:p>
        </w:tc>
      </w:tr>
      <w:tr>
        <w:tc>
          <w:tcPr>
            <w:tcW w:type="dxa" w:w="5184"/>
          </w:tcPr>
          <w:p>
            <w:r>
              <w:t>Entry-level</w:t>
            </w:r>
          </w:p>
        </w:tc>
        <w:tc>
          <w:tcPr>
            <w:tcW w:type="dxa" w:w="5184"/>
          </w:tcPr>
          <w:p>
            <w:r>
              <w:t>Aspiring Project Coordinator | Research, Organisation &amp; Stakeholder Support | Building Strong Foundations in Project Delivery</w:t>
            </w:r>
          </w:p>
        </w:tc>
      </w:tr>
    </w:tbl>
    <w:p>
      <w:r>
        <w:rPr>
          <w:b/>
          <w:sz w:val="28"/>
        </w:rPr>
        <w:t>Include</w:t>
      </w:r>
    </w:p>
    <w:p>
      <w:pPr>
        <w:pStyle w:val="ListBullet"/>
      </w:pPr>
      <w:r>
        <w:t>A clear professional identity or target role</w:t>
      </w:r>
    </w:p>
    <w:p>
      <w:pPr>
        <w:pStyle w:val="ListBullet"/>
      </w:pPr>
      <w:r>
        <w:t>2–4 relevant capabilities</w:t>
      </w:r>
    </w:p>
    <w:p>
      <w:pPr>
        <w:pStyle w:val="ListBullet"/>
      </w:pPr>
      <w:r>
        <w:t>A value or outcome where possible</w:t>
      </w:r>
    </w:p>
    <w:p>
      <w:pPr>
        <w:pStyle w:val="ListBullet"/>
      </w:pPr>
      <w:r>
        <w:t>Keywords your target employers use</w:t>
      </w:r>
    </w:p>
    <w:p>
      <w:pPr>
        <w:pStyle w:val="ListBullet"/>
      </w:pPr>
      <w:r>
        <w:t>A direction aligned with Day 1</w:t>
      </w:r>
    </w:p>
    <w:p>
      <w:r>
        <w:rPr>
          <w:b/>
          <w:sz w:val="28"/>
        </w:rPr>
        <w:t>Avoid</w:t>
      </w:r>
    </w:p>
    <w:p>
      <w:pPr>
        <w:pStyle w:val="ListBullet"/>
      </w:pPr>
      <w:r>
        <w:t>Keyword stuffing</w:t>
      </w:r>
    </w:p>
    <w:p>
      <w:pPr>
        <w:pStyle w:val="ListBullet"/>
      </w:pPr>
      <w:r>
        <w:t>Unsupported claims</w:t>
      </w:r>
    </w:p>
    <w:p>
      <w:pPr>
        <w:pStyle w:val="ListBullet"/>
      </w:pPr>
      <w:r>
        <w:t>Only saying Open to Work</w:t>
      </w:r>
    </w:p>
    <w:p>
      <w:pPr>
        <w:pStyle w:val="ListBullet"/>
      </w:pPr>
      <w:r>
        <w:t>Generic phrases with no evidence</w:t>
      </w:r>
    </w:p>
    <w:p>
      <w:r>
        <w:rPr>
          <w:b/>
          <w:sz w:val="28"/>
        </w:rPr>
        <w:t>Headline Builder</w:t>
      </w:r>
    </w:p>
    <w:p>
      <w:r>
        <w:rPr>
          <w:b/>
        </w:rPr>
        <w:t>My professional identity: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3 strongest relevant capabilities: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The value/outcome I help create: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most important target-role keywords: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draft headline: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Final headline: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Quick Test</w:t>
      </w:r>
    </w:p>
    <w:p>
      <w:pPr>
        <w:pStyle w:val="ListBullet"/>
      </w:pPr>
      <w:r>
        <w:t>Can a stranger understand what I do in 5 seconds?</w:t>
      </w:r>
    </w:p>
    <w:p>
      <w:pPr>
        <w:pStyle w:val="ListBullet"/>
      </w:pPr>
      <w:r>
        <w:t>Does it match my target role?</w:t>
      </w:r>
    </w:p>
    <w:p>
      <w:pPr>
        <w:pStyle w:val="ListBullet"/>
      </w:pPr>
      <w:r>
        <w:t>Does it contain useful search language?</w:t>
      </w:r>
    </w:p>
    <w:p>
      <w:pPr>
        <w:pStyle w:val="ListBullet"/>
      </w:pPr>
      <w:r>
        <w:t>Does it sound like me?</w:t>
      </w:r>
    </w:p>
    <w:p>
      <w:pPr>
        <w:pStyle w:val="ListBullet"/>
      </w:pPr>
      <w:r>
        <w:t>Can I defend every claim?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