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04</w:t>
      </w:r>
    </w:p>
    <w:p>
      <w:pPr>
        <w:pStyle w:val="Title"/>
      </w:pPr>
      <w:r>
        <w:t>Job Evaluation Checklist</w:t>
      </w:r>
    </w:p>
    <w:p>
      <w:r>
        <w:rPr>
          <w:i/>
          <w:color w:val="2E7D5B"/>
        </w:rPr>
        <w:t>A 10-minute decision tool to help you decide whether an opportunity deserves your time.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Use this before you apply</w:t>
              <w:br/>
            </w:r>
            <w:r>
              <w:t>A vacancy is not automatically a good opportunity. Evaluate the role, company, application requirements and practical fit before investing time.</w:t>
            </w:r>
          </w:p>
        </w:tc>
      </w:tr>
    </w:tbl>
    <w:p/>
    <w:p>
      <w:pPr>
        <w:pStyle w:val="Heading1"/>
      </w:pPr>
      <w:r>
        <w:t>1. ROLE FIT</w:t>
      </w:r>
    </w:p>
    <w:p>
      <w:r>
        <w:rPr>
          <w:b/>
        </w:rPr>
        <w:t xml:space="preserve">☐ </w:t>
      </w:r>
      <w:r>
        <w:t>The role matches one of my target role families.</w:t>
      </w:r>
    </w:p>
    <w:p>
      <w:r>
        <w:rPr>
          <w:b/>
        </w:rPr>
        <w:t xml:space="preserve">☐ </w:t>
      </w:r>
      <w:r>
        <w:t>My recent experience is relevant to the core responsibilities.</w:t>
      </w:r>
    </w:p>
    <w:p>
      <w:r>
        <w:rPr>
          <w:b/>
        </w:rPr>
        <w:t xml:space="preserve">☐ </w:t>
      </w:r>
      <w:r>
        <w:t>I meet most of the essential requirements.</w:t>
      </w:r>
    </w:p>
    <w:p>
      <w:r>
        <w:rPr>
          <w:b/>
        </w:rPr>
        <w:t xml:space="preserve">☐ </w:t>
      </w:r>
      <w:r>
        <w:t>I can point to 2–3 achievements that relate directly to the role.</w:t>
      </w:r>
    </w:p>
    <w:p>
      <w:r>
        <w:rPr>
          <w:b/>
        </w:rPr>
        <w:t xml:space="preserve">☐ </w:t>
      </w:r>
      <w:r>
        <w:t>The seniority level matches my current experience.</w:t>
      </w:r>
    </w:p>
    <w:p>
      <w:pPr>
        <w:pStyle w:val="Heading1"/>
      </w:pPr>
      <w:r>
        <w:t>2. COMPANY FIT</w:t>
      </w:r>
    </w:p>
    <w:p>
      <w:r>
        <w:rPr>
          <w:b/>
        </w:rPr>
        <w:t xml:space="preserve">☐ </w:t>
      </w:r>
      <w:r>
        <w:t>I understand what the organisation does and who it serves.</w:t>
      </w:r>
    </w:p>
    <w:p>
      <w:r>
        <w:rPr>
          <w:b/>
        </w:rPr>
        <w:t xml:space="preserve">☐ </w:t>
      </w:r>
      <w:r>
        <w:t>I understand why this role appears to exist.</w:t>
      </w:r>
    </w:p>
    <w:p>
      <w:r>
        <w:rPr>
          <w:b/>
        </w:rPr>
        <w:t xml:space="preserve">☐ </w:t>
      </w:r>
      <w:r>
        <w:t>The organisation fits my career direction.</w:t>
      </w:r>
    </w:p>
    <w:p>
      <w:r>
        <w:rPr>
          <w:b/>
        </w:rPr>
        <w:t xml:space="preserve">☐ </w:t>
      </w:r>
      <w:r>
        <w:t>The team or function interests me enough to do the work well.</w:t>
      </w:r>
    </w:p>
    <w:p>
      <w:r>
        <w:rPr>
          <w:b/>
        </w:rPr>
        <w:t xml:space="preserve">☐ </w:t>
      </w:r>
      <w:r>
        <w:t>I have checked that the opportunity appears legitimate.</w:t>
      </w:r>
    </w:p>
    <w:p>
      <w:pPr>
        <w:pStyle w:val="Heading1"/>
      </w:pPr>
      <w:r>
        <w:t>3. APPLICATION FIT</w:t>
      </w:r>
    </w:p>
    <w:p>
      <w:r>
        <w:rPr>
          <w:b/>
        </w:rPr>
        <w:t xml:space="preserve">☐ </w:t>
      </w:r>
      <w:r>
        <w:t>I can tailor my CV to this role without stretching the truth.</w:t>
      </w:r>
    </w:p>
    <w:p>
      <w:r>
        <w:rPr>
          <w:b/>
        </w:rPr>
        <w:t xml:space="preserve">☐ </w:t>
      </w:r>
      <w:r>
        <w:t>I can explain why I want this specific role.</w:t>
      </w:r>
    </w:p>
    <w:p>
      <w:r>
        <w:rPr>
          <w:b/>
        </w:rPr>
        <w:t xml:space="preserve">☐ </w:t>
      </w:r>
      <w:r>
        <w:t>I can provide credible evidence of the skills requested.</w:t>
      </w:r>
    </w:p>
    <w:p>
      <w:r>
        <w:rPr>
          <w:b/>
        </w:rPr>
        <w:t xml:space="preserve">☐ </w:t>
      </w:r>
      <w:r>
        <w:t>I understand the application process and required documents.</w:t>
      </w:r>
    </w:p>
    <w:p>
      <w:r>
        <w:rPr>
          <w:b/>
        </w:rPr>
        <w:t xml:space="preserve">☐ </w:t>
      </w:r>
      <w:r>
        <w:t>I have enough time to submit a quality application before the deadline.</w:t>
      </w:r>
    </w:p>
    <w:p>
      <w:pPr>
        <w:pStyle w:val="Heading1"/>
      </w:pPr>
      <w:r>
        <w:t>4. PRACTICAL FIT</w:t>
      </w:r>
    </w:p>
    <w:p>
      <w:r>
        <w:rPr>
          <w:b/>
        </w:rPr>
        <w:t xml:space="preserve">☐ </w:t>
      </w:r>
      <w:r>
        <w:t>The location or remote arrangement works for me.</w:t>
      </w:r>
    </w:p>
    <w:p>
      <w:r>
        <w:rPr>
          <w:b/>
        </w:rPr>
        <w:t xml:space="preserve">☐ </w:t>
      </w:r>
      <w:r>
        <w:t>The working hours/time zone are workable.</w:t>
      </w:r>
    </w:p>
    <w:p>
      <w:r>
        <w:rPr>
          <w:b/>
        </w:rPr>
        <w:t xml:space="preserve">☐ </w:t>
      </w:r>
      <w:r>
        <w:t>The compensation, if stated, is potentially acceptable.</w:t>
      </w:r>
    </w:p>
    <w:p>
      <w:r>
        <w:rPr>
          <w:b/>
        </w:rPr>
        <w:t xml:space="preserve">☐ </w:t>
      </w:r>
      <w:r>
        <w:t>The employment arrangement is clear enough for me to proceed.</w:t>
      </w:r>
    </w:p>
    <w:p>
      <w:r>
        <w:rPr>
          <w:b/>
        </w:rPr>
        <w:t xml:space="preserve">☐ </w:t>
      </w:r>
      <w:r>
        <w:t>The role fits my current constraints and priorities.</w:t>
      </w:r>
    </w:p>
    <w:p>
      <w:pPr>
        <w:pStyle w:val="Heading1"/>
      </w:pPr>
      <w:r>
        <w:t>Final decision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THE CREDIBLE-CASE TEST</w:t>
              <w:br/>
            </w:r>
            <w:r>
              <w:t>If I apply, can I make a credible case for why I am a strong candidate for this role? If the answer is no, identify what is missing before applying—or move on.</w:t>
            </w:r>
          </w:p>
        </w:tc>
      </w:tr>
    </w:tbl>
    <w:p/>
    <w:p>
      <w:r>
        <w:t>My decision:  ☐ Apply now   ☐ Research first   ☐ Network first   ☐ Keep in pipeline   ☐ Do not pursue</w:t>
      </w:r>
    </w:p>
    <w:p>
      <w:r>
        <w:t>Reason: __________________________________________________________________________</w:t>
      </w:r>
    </w:p>
    <w:p>
      <w:r>
        <w:t>Next action: _______________________________________________________________________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