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6C3FC5"/>
          <w:sz w:val="40"/>
        </w:rPr>
        <w:t>Day 12 | Follow-Up Message Templates</w:t>
      </w:r>
    </w:p>
    <w:p>
      <w:pPr>
        <w:jc w:val="center"/>
      </w:pPr>
      <w:r>
        <w:rPr>
          <w:i/>
        </w:rPr>
        <w:t>Personalise these instead of copying blindly.</w:t>
      </w:r>
    </w:p>
    <w:p>
      <w:pPr>
        <w:pStyle w:val="Heading1"/>
      </w:pPr>
      <w:r>
        <w:rPr>
          <w:color w:val="6C3FC5"/>
        </w:rPr>
        <w:t>Application Follow-Up</w:t>
      </w:r>
    </w:p>
    <w:p>
      <w:r>
        <w:t>Hi [Name], I’m following up on my application for the [Role] position submitted on [Date]. I remain very interested in the opportunity, particularly because of [specific reason]. Please let me know if there is any additional information I can provide. Thank you for your time.</w:t>
      </w:r>
    </w:p>
    <w:p>
      <w:pPr>
        <w:pStyle w:val="Heading1"/>
      </w:pPr>
      <w:r>
        <w:rPr>
          <w:color w:val="6C3FC5"/>
        </w:rPr>
        <w:t>Recruiter Follow-Up</w:t>
      </w:r>
    </w:p>
    <w:p>
      <w:r>
        <w:t>Hi [Name], I wanted to follow up on our conversation about [Role]. I’m still very interested and wanted to check whether there are any updates on the next stage. I’d be happy to provide anything else needed.</w:t>
      </w:r>
    </w:p>
    <w:p>
      <w:pPr>
        <w:pStyle w:val="Heading1"/>
      </w:pPr>
      <w:r>
        <w:rPr>
          <w:color w:val="6C3FC5"/>
        </w:rPr>
        <w:t>Networking Follow-Up</w:t>
      </w:r>
    </w:p>
    <w:p>
      <w:r>
        <w:t>Hi [Name], thank you again for speaking with me about [topic]. Your point about [specific insight] was especially helpful. I’ve since [action/learning]. I wanted to follow up on [specific next step/question].</w:t>
      </w:r>
    </w:p>
    <w:p>
      <w:pPr>
        <w:pStyle w:val="Heading1"/>
      </w:pPr>
      <w:r>
        <w:rPr>
          <w:color w:val="6C3FC5"/>
        </w:rPr>
        <w:t>Referral Follow-Up</w:t>
      </w:r>
    </w:p>
    <w:p>
      <w:r>
        <w:t>Hi [Name], just following up on my earlier message about [specific opportunity/introduction]. I completely understand if the timing is not convenient. If someone else comes to mind who would be better placed to advise me on [area], I’d appreciate the direction.</w:t>
      </w:r>
    </w:p>
    <w:p>
      <w:pPr>
        <w:pStyle w:val="Heading1"/>
      </w:pPr>
      <w:r>
        <w:rPr>
          <w:color w:val="6C3FC5"/>
        </w:rPr>
        <w:t>After Interview / Assessment</w:t>
      </w:r>
    </w:p>
    <w:p>
      <w:r>
        <w:t>Hi [Name], thank you for the opportunity to speak with the team about [Role]. I particularly enjoyed discussing [specific topic]. I remain interested in the role and wanted to ask if there are any updates on the next stage.</w:t>
      </w:r>
    </w:p>
    <w:p>
      <w:pPr>
        <w:pStyle w:val="Heading1"/>
      </w:pPr>
      <w:r>
        <w:rPr>
          <w:color w:val="6C3FC5"/>
        </w:rPr>
        <w:t>Closing the Loop</w:t>
      </w:r>
    </w:p>
    <w:p>
      <w:r>
        <w:t>Hi [Name], I wanted to close the loop on [opportunity/conversation]. I haven’t heard back, so I’ll assume the timing may not be right for now. Thank you again for your time. I’d be happy to reconnect if circumstances change.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