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13 | Mock Interview Sprint Planner</w:t>
      </w:r>
    </w:p>
    <w:p>
      <w:pPr>
        <w:jc w:val="center"/>
      </w:pPr>
      <w:r>
        <w:rPr>
          <w:i/>
        </w:rPr>
        <w:t>Practise under realistic conditions.</w:t>
      </w:r>
    </w:p>
    <w:p>
      <w:pPr>
        <w:pStyle w:val="Heading1"/>
      </w:pPr>
      <w:r>
        <w:rPr>
          <w:color w:val="6C3FC5"/>
        </w:rPr>
        <w:t>60-Minute Sprint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2880"/>
          </w:tcPr>
          <w:p>
            <w:r>
              <w:t>0–10 min</w:t>
            </w:r>
          </w:p>
        </w:tc>
        <w:tc>
          <w:tcPr>
            <w:tcW w:type="dxa" w:w="2880"/>
          </w:tcPr>
          <w:p>
            <w:r>
              <w:t>Review the job description and choose the 6 capabilities to demonstrate.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10–20 min</w:t>
            </w:r>
          </w:p>
        </w:tc>
        <w:tc>
          <w:tcPr>
            <w:tcW w:type="dxa" w:w="2880"/>
          </w:tcPr>
          <w:p>
            <w:r>
              <w:t>Review your STAR stories and opening introduction.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20–45 min</w:t>
            </w:r>
          </w:p>
        </w:tc>
        <w:tc>
          <w:tcPr>
            <w:tcW w:type="dxa" w:w="2880"/>
          </w:tcPr>
          <w:p>
            <w:r>
              <w:t>Complete a mock interview without reading answers.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45–55 min</w:t>
            </w:r>
          </w:p>
        </w:tc>
        <w:tc>
          <w:tcPr>
            <w:tcW w:type="dxa" w:w="2880"/>
          </w:tcPr>
          <w:p>
            <w:r>
              <w:t>Score your answers and identify weak areas.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55–60 min</w:t>
            </w:r>
          </w:p>
        </w:tc>
        <w:tc>
          <w:tcPr>
            <w:tcW w:type="dxa" w:w="2880"/>
          </w:tcPr>
          <w:p>
            <w:r>
              <w:t>Choose 3 improvements for the next practice round.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Self-Scorecard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Area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Score /5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Evidence / Improvement</w:t>
            </w:r>
          </w:p>
        </w:tc>
      </w:tr>
      <w:tr>
        <w:tc>
          <w:tcPr>
            <w:tcW w:type="dxa" w:w="2880"/>
          </w:tcPr>
          <w:p>
            <w:r>
              <w:t>Clarity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Relevance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Structure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Specific evidence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Results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Confidence / delivery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Listening / question understanding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Three Improvements</w:t>
      </w:r>
    </w:p>
    <w:p>
      <w:r>
        <w:t>1. __________________________________________</w:t>
        <w:br/>
        <w:t>2. __________________________________________</w:t>
        <w:br/>
        <w:t>3. 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