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OPPORTUNITY NAVIGATOR</w:t>
      </w:r>
    </w:p>
    <w:p>
      <w:pPr>
        <w:jc w:val="center"/>
      </w:pPr>
      <w:r>
        <w:rPr>
          <w:b/>
          <w:sz w:val="40"/>
        </w:rPr>
        <w:t>Day 3 — LinkedIn About Section Guide</w:t>
      </w:r>
    </w:p>
    <w:p>
      <w:pPr>
        <w:jc w:val="center"/>
      </w:pPr>
      <w:r>
        <w:rPr>
          <w:i/>
          <w:sz w:val="20"/>
        </w:rPr>
        <w:t>Tell your professional story clearly, naturally and with evidence.</w:t>
      </w:r>
    </w:p>
    <w:p>
      <w:r>
        <w:rPr>
          <w:b/>
          <w:sz w:val="28"/>
        </w:rPr>
        <w:t>The 5-Part About Framework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Part</w:t>
            </w:r>
          </w:p>
        </w:tc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What to write</w:t>
            </w:r>
          </w:p>
        </w:tc>
      </w:tr>
      <w:tr>
        <w:tc>
          <w:tcPr>
            <w:tcW w:type="dxa" w:w="3456"/>
          </w:tcPr>
          <w:p>
            <w:r>
              <w:t>Identity</w:t>
            </w:r>
          </w:p>
        </w:tc>
        <w:tc>
          <w:tcPr>
            <w:tcW w:type="dxa" w:w="3456"/>
          </w:tcPr>
          <w:p>
            <w:r>
              <w:t>Who am I professionally?</w:t>
            </w:r>
          </w:p>
        </w:tc>
        <w:tc>
          <w:tcPr>
            <w:tcW w:type="dxa" w:w="3456"/>
          </w:tcPr>
          <w:p>
            <w:r>
              <w:t>Role, field, level or direction.</w:t>
            </w:r>
          </w:p>
        </w:tc>
      </w:tr>
      <w:tr>
        <w:tc>
          <w:tcPr>
            <w:tcW w:type="dxa" w:w="3456"/>
          </w:tcPr>
          <w:p>
            <w:r>
              <w:t>Expertise</w:t>
            </w:r>
          </w:p>
        </w:tc>
        <w:tc>
          <w:tcPr>
            <w:tcW w:type="dxa" w:w="3456"/>
          </w:tcPr>
          <w:p>
            <w:r>
              <w:t>What do I do well?</w:t>
            </w:r>
          </w:p>
        </w:tc>
        <w:tc>
          <w:tcPr>
            <w:tcW w:type="dxa" w:w="3456"/>
          </w:tcPr>
          <w:p>
            <w:r>
              <w:t>2–5 relevant capabilities.</w:t>
            </w:r>
          </w:p>
        </w:tc>
      </w:tr>
      <w:tr>
        <w:tc>
          <w:tcPr>
            <w:tcW w:type="dxa" w:w="3456"/>
          </w:tcPr>
          <w:p>
            <w:r>
              <w:t>Evidence</w:t>
            </w:r>
          </w:p>
        </w:tc>
        <w:tc>
          <w:tcPr>
            <w:tcW w:type="dxa" w:w="3456"/>
          </w:tcPr>
          <w:p>
            <w:r>
              <w:t>What have I worked on?</w:t>
            </w:r>
          </w:p>
        </w:tc>
        <w:tc>
          <w:tcPr>
            <w:tcW w:type="dxa" w:w="3456"/>
          </w:tcPr>
          <w:p>
            <w:r>
              <w:t>Projects, achievements or outcomes.</w:t>
            </w:r>
          </w:p>
        </w:tc>
      </w:tr>
      <w:tr>
        <w:tc>
          <w:tcPr>
            <w:tcW w:type="dxa" w:w="3456"/>
          </w:tcPr>
          <w:p>
            <w:r>
              <w:t>Direction</w:t>
            </w:r>
          </w:p>
        </w:tc>
        <w:tc>
          <w:tcPr>
            <w:tcW w:type="dxa" w:w="3456"/>
          </w:tcPr>
          <w:p>
            <w:r>
              <w:t>What am I interested in?</w:t>
            </w:r>
          </w:p>
        </w:tc>
        <w:tc>
          <w:tcPr>
            <w:tcW w:type="dxa" w:w="3456"/>
          </w:tcPr>
          <w:p>
            <w:r>
              <w:t>Types of work, problems or organisations.</w:t>
            </w:r>
          </w:p>
        </w:tc>
      </w:tr>
      <w:tr>
        <w:tc>
          <w:tcPr>
            <w:tcW w:type="dxa" w:w="3456"/>
          </w:tcPr>
          <w:p>
            <w:r>
              <w:t>CTA</w:t>
            </w:r>
          </w:p>
        </w:tc>
        <w:tc>
          <w:tcPr>
            <w:tcW w:type="dxa" w:w="3456"/>
          </w:tcPr>
          <w:p>
            <w:r>
              <w:t>What should people do next?</w:t>
            </w:r>
          </w:p>
        </w:tc>
        <w:tc>
          <w:tcPr>
            <w:tcW w:type="dxa" w:w="3456"/>
          </w:tcPr>
          <w:p>
            <w:r>
              <w:t>Connect, message, collaborate or view portfolio.</w:t>
            </w:r>
          </w:p>
        </w:tc>
      </w:tr>
    </w:tbl>
    <w:p>
      <w:r>
        <w:rPr>
          <w:b/>
          <w:sz w:val="28"/>
        </w:rPr>
        <w:t>Writing Formula</w:t>
      </w:r>
    </w:p>
    <w:p>
      <w:r>
        <w:t>Identity → Expertise → Evidence → Direction → CTA</w:t>
      </w:r>
    </w:p>
    <w:p>
      <w:r>
        <w:rPr>
          <w:b/>
          <w:sz w:val="28"/>
        </w:rPr>
        <w:t>Avoid</w:t>
      </w:r>
    </w:p>
    <w:p>
      <w:pPr>
        <w:pStyle w:val="ListBullet"/>
      </w:pPr>
      <w:r>
        <w:t>A long autobiography</w:t>
      </w:r>
    </w:p>
    <w:p>
      <w:pPr>
        <w:pStyle w:val="ListBullet"/>
      </w:pPr>
      <w:r>
        <w:t>Generic adjectives without evidence</w:t>
      </w:r>
    </w:p>
    <w:p>
      <w:pPr>
        <w:pStyle w:val="ListBullet"/>
      </w:pPr>
      <w:r>
        <w:t>Copying your CV word-for-word</w:t>
      </w:r>
    </w:p>
    <w:p>
      <w:pPr>
        <w:pStyle w:val="ListBullet"/>
      </w:pPr>
      <w:r>
        <w:t>Excessive jargon</w:t>
      </w:r>
    </w:p>
    <w:p>
      <w:pPr>
        <w:pStyle w:val="ListBullet"/>
      </w:pPr>
      <w:r>
        <w:t>A vague job-search plea</w:t>
      </w:r>
    </w:p>
    <w:p>
      <w:r>
        <w:rPr>
          <w:b/>
          <w:sz w:val="28"/>
        </w:rPr>
        <w:t>About Builder</w:t>
      </w:r>
    </w:p>
    <w:p>
      <w:r>
        <w:rPr>
          <w:b/>
        </w:rPr>
        <w:t>1. Who I am: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2. What I do / what I’m good at: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3. Evidence / achievements / projects: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4. What I’m interested in / looking for: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5. My CTA: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  <w:sz w:val="28"/>
        </w:rPr>
        <w:t>Draft Your About Section</w:t>
      </w:r>
    </w:p>
    <w:p>
      <w:r>
        <w:rPr>
          <w:b/>
        </w:rPr>
        <w:t>Final About section: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