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B2A86"/>
          <w:sz w:val="20"/>
        </w:rPr>
        <w:t>OPPORTUNITY NAVIGATOR</w:t>
      </w:r>
    </w:p>
    <w:p>
      <w:pPr>
        <w:jc w:val="center"/>
      </w:pPr>
      <w:r>
        <w:rPr>
          <w:b/>
          <w:color w:val="25313B"/>
          <w:sz w:val="42"/>
        </w:rPr>
        <w:t>Day 2 — ATS-Friendly CV Template</w:t>
      </w:r>
    </w:p>
    <w:p>
      <w:pPr>
        <w:jc w:val="center"/>
      </w:pPr>
      <w:r>
        <w:rPr>
          <w:i/>
          <w:color w:val="666666"/>
          <w:sz w:val="20"/>
        </w:rPr>
        <w:t>A clean, editable structure you can tailor to your target role.</w:t>
      </w:r>
    </w:p>
    <w:p>
      <w:r>
        <w:t>Replace every bracketed instruction with your information. Remove sections you do not need.</w:t>
      </w:r>
    </w:p>
    <w:p>
      <w:r>
        <w:rPr>
          <w:b/>
          <w:color w:val="5B2A86"/>
          <w:sz w:val="40"/>
        </w:rPr>
        <w:t>[FULL NAME]</w:t>
      </w:r>
    </w:p>
    <w:p>
      <w:r>
        <w:t>[Target Role]  |  [City/Country]  |  [Email]  |  [Phone]  |  [LinkedIn]  |  [Portfolio if relevant]</w:t>
      </w:r>
    </w:p>
    <w:p>
      <w:r>
        <w:rPr>
          <w:b/>
          <w:color w:val="5B2A86"/>
          <w:sz w:val="28"/>
        </w:rPr>
        <w:t>PROFESSIONAL SUMMARY</w:t>
      </w:r>
    </w:p>
    <w:p>
      <w:r>
        <w:t>[Write 3–4 lines covering your professional identity, relevant experience, core capabilities and the value you bring to the target role.]</w:t>
      </w:r>
    </w:p>
    <w:p>
      <w:r>
        <w:rPr>
          <w:b/>
          <w:color w:val="5B2A86"/>
          <w:sz w:val="28"/>
        </w:rPr>
        <w:t>CORE SKILLS</w:t>
      </w:r>
    </w:p>
    <w:p>
      <w:r>
        <w:t>[Skill]  |  [Skill]  |  [Skill]  |  [Skill]  |  [Skill]  |  [Skill]</w:t>
      </w:r>
    </w:p>
    <w:p>
      <w:r>
        <w:rPr>
          <w:b/>
          <w:color w:val="5B2A86"/>
          <w:sz w:val="28"/>
        </w:rPr>
        <w:t>PROFESSIONAL EXPERIENCE</w:t>
      </w:r>
    </w:p>
    <w:p>
      <w:r>
        <w:t>[JOB TITLE] — [COMPANY]</w:t>
        <w:br/>
        <w:t>[Location] | [Month Year] – [Month Year / Present]</w:t>
      </w:r>
    </w:p>
    <w:p>
      <w:pPr>
        <w:pStyle w:val="ListBullet"/>
        <w:spacing w:after="40"/>
      </w:pPr>
      <w:r>
        <w:t>[Achievement-focused bullet: action + work + result]</w:t>
      </w:r>
    </w:p>
    <w:p>
      <w:pPr>
        <w:pStyle w:val="ListBullet"/>
        <w:spacing w:after="40"/>
      </w:pPr>
      <w:r>
        <w:t>[Achievement-focused bullet: action + work + result]</w:t>
      </w:r>
    </w:p>
    <w:p>
      <w:pPr>
        <w:pStyle w:val="ListBullet"/>
        <w:spacing w:after="40"/>
      </w:pPr>
      <w:r>
        <w:t>[Achievement-focused bullet: action + work + result]</w:t>
      </w:r>
    </w:p>
    <w:p>
      <w:pPr>
        <w:pStyle w:val="ListBullet"/>
        <w:spacing w:after="40"/>
      </w:pPr>
      <w:r>
        <w:t>[Achievement-focused bullet: action + work + result]</w:t>
      </w:r>
    </w:p>
    <w:p>
      <w:r>
        <w:t>[JOB TITLE] — [COMPANY]</w:t>
        <w:br/>
        <w:t>[Location] | [Month Year] – [Month Year]</w:t>
      </w:r>
    </w:p>
    <w:p>
      <w:pPr>
        <w:pStyle w:val="ListBullet"/>
        <w:spacing w:after="40"/>
      </w:pPr>
      <w:r>
        <w:t>[Achievement-focused bullet]</w:t>
      </w:r>
    </w:p>
    <w:p>
      <w:pPr>
        <w:pStyle w:val="ListBullet"/>
        <w:spacing w:after="40"/>
      </w:pPr>
      <w:r>
        <w:t>[Achievement-focused bullet]</w:t>
      </w:r>
    </w:p>
    <w:p>
      <w:pPr>
        <w:pStyle w:val="ListBullet"/>
        <w:spacing w:after="40"/>
      </w:pPr>
      <w:r>
        <w:t>[Achievement-focused bullet]</w:t>
      </w:r>
    </w:p>
    <w:p>
      <w:r>
        <w:rPr>
          <w:b/>
          <w:color w:val="5B2A86"/>
          <w:sz w:val="28"/>
        </w:rPr>
        <w:t>EDUCATION</w:t>
      </w:r>
    </w:p>
    <w:p>
      <w:r>
        <w:t>[DEGREE / QUALIFICATION] — [INSTITUTION]</w:t>
        <w:br/>
        <w:t>[Location] | [Year]</w:t>
      </w:r>
    </w:p>
    <w:p>
      <w:r>
        <w:rPr>
          <w:b/>
          <w:color w:val="5B2A86"/>
          <w:sz w:val="28"/>
        </w:rPr>
        <w:t>CERTIFICATIONS</w:t>
      </w:r>
    </w:p>
    <w:p>
      <w:r>
        <w:t>[Certification] — [Provider] | [Year]</w:t>
      </w:r>
    </w:p>
    <w:p>
      <w:r>
        <w:rPr>
          <w:b/>
          <w:color w:val="5B2A86"/>
          <w:sz w:val="28"/>
        </w:rPr>
        <w:t>TOOLS &amp; TECHNOLOGIES</w:t>
      </w:r>
    </w:p>
    <w:p>
      <w:r>
        <w:t>[Tool] | [Tool] | [Tool] | [Tool]</w:t>
      </w:r>
    </w:p>
    <w:p>
      <w:r>
        <w:rPr>
          <w:b/>
          <w:color w:val="5B2A86"/>
          <w:sz w:val="28"/>
        </w:rPr>
        <w:t>OPTIONAL SECTIONS</w:t>
      </w:r>
    </w:p>
    <w:p>
      <w:r>
        <w:t>Add only when relevant: Projects, Volunteer Experience, Awards, Professional Memberships, Languages.</w:t>
      </w:r>
    </w:p>
    <w:p>
      <w:r>
        <w:t>ATS principle: use clear text, standard headings, relevant keywords and truthful evidence. Do not stuff keywords simply to manipulate a screening system.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