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Work Sample Brief Template</w:t>
      </w:r>
    </w:p>
    <w:p>
      <w:r>
        <w:rPr>
          <w:i/>
          <w:color w:val="2E7D5B"/>
        </w:rPr>
        <w:t>Turn a vague idea into a professional, role-relevant work sample.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KEEP IT SMALL</w:t>
              <w:br/>
            </w:r>
            <w:r>
              <w:t>A useful work sample does not need to be a 30-page report. Choose one problem and demonstrate your thinking clearly.</w:t>
            </w:r>
          </w:p>
        </w:tc>
      </w:tr>
    </w:tbl>
    <w:p/>
    <w:p>
      <w:r>
        <w:t>Title: __________________________________________________________</w:t>
      </w:r>
    </w:p>
    <w:p>
      <w:r>
        <w:t>Target role: ____________________________________________________</w:t>
      </w:r>
    </w:p>
    <w:p>
      <w:r>
        <w:t>Problem / scenario: ______________________________________________</w:t>
      </w:r>
    </w:p>
    <w:p>
      <w:r>
        <w:t>Context / assumptions: ___________________________________________</w:t>
      </w:r>
    </w:p>
    <w:p>
      <w:r>
        <w:t>Objective: _______________________________________________________</w:t>
      </w:r>
    </w:p>
    <w:p>
      <w:r>
        <w:t>Audience: _______________________________________________________</w:t>
      </w:r>
    </w:p>
    <w:p>
      <w:r>
        <w:t>Deliverable format: ______________________________________________</w:t>
      </w:r>
    </w:p>
    <w:p>
      <w:r>
        <w:t>Key questions I will answer: _____________________________________</w:t>
      </w:r>
    </w:p>
    <w:p>
      <w:r>
        <w:t>Evidence / data I will use: ______________________________________</w:t>
      </w:r>
    </w:p>
    <w:p>
      <w:r>
        <w:t>Recommendation / proposed solution: ______________________________</w:t>
      </w:r>
    </w:p>
    <w:p>
      <w:r>
        <w:t>Expected impact: _________________________________________________</w:t>
      </w:r>
    </w:p>
    <w:p>
      <w:r>
        <w:t>Limitations / assumptions: _______________________________________</w:t>
      </w:r>
    </w:p>
    <w:p>
      <w:pPr>
        <w:pStyle w:val="Heading1"/>
      </w:pPr>
      <w:r>
        <w:t>Suggested structure</w:t>
      </w:r>
    </w:p>
    <w:p>
      <w:pPr>
        <w:pStyle w:val="ListBullet"/>
      </w:pPr>
      <w:r>
        <w:t>1. Executive summary</w:t>
      </w:r>
    </w:p>
    <w:p>
      <w:pPr>
        <w:pStyle w:val="ListBullet"/>
      </w:pPr>
      <w:r>
        <w:t>2. Problem / context</w:t>
      </w:r>
    </w:p>
    <w:p>
      <w:pPr>
        <w:pStyle w:val="ListBullet"/>
      </w:pPr>
      <w:r>
        <w:t>3. Analysis or approach</w:t>
      </w:r>
    </w:p>
    <w:p>
      <w:pPr>
        <w:pStyle w:val="ListBullet"/>
      </w:pPr>
      <w:r>
        <w:t>4. Recommendation / solution</w:t>
      </w:r>
    </w:p>
    <w:p>
      <w:pPr>
        <w:pStyle w:val="ListBullet"/>
      </w:pPr>
      <w:r>
        <w:t>5. Implementation / next steps</w:t>
      </w:r>
    </w:p>
    <w:p>
      <w:pPr>
        <w:pStyle w:val="ListBullet"/>
      </w:pPr>
      <w:r>
        <w:t>6. Risks or limitations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QUALITY TEST</w:t>
              <w:br/>
            </w:r>
            <w:r>
              <w:t>Could a hiring manager understand the problem, your reasoning and your recommendation within five minutes?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