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5B2A86"/>
          <w:sz w:val="20"/>
        </w:rPr>
        <w:t>OPPORTUNITY NAVIGATOR</w:t>
      </w:r>
    </w:p>
    <w:p>
      <w:pPr>
        <w:jc w:val="center"/>
      </w:pPr>
      <w:r>
        <w:rPr>
          <w:b/>
          <w:i w:val="0"/>
          <w:color w:val="25313B"/>
          <w:sz w:val="42"/>
        </w:rPr>
        <w:t>Day 2 — CV Transformation Worksheet</w:t>
      </w:r>
    </w:p>
    <w:p>
      <w:pPr>
        <w:jc w:val="center"/>
      </w:pPr>
      <w:r>
        <w:rPr>
          <w:b w:val="0"/>
          <w:i/>
          <w:color w:val="666666"/>
          <w:sz w:val="20"/>
        </w:rPr>
        <w:t>Turn one weak responsibility statement into a strong, evidence-based achievement.</w:t>
      </w:r>
    </w:p>
    <w:p>
      <w:r>
        <w:rPr>
          <w:b/>
          <w:color w:val="5B2A86"/>
          <w:sz w:val="28"/>
        </w:rPr>
        <w:t>How to use this worksheet</w:t>
      </w:r>
    </w:p>
    <w:p>
      <w:r>
        <w:t>Choose 3–5 bullets from your current CV. Work through the questions below before writing the final version. Repeat the process for each important experience.</w:t>
      </w:r>
    </w:p>
    <w:p>
      <w:r>
        <w:rPr>
          <w:b/>
          <w:color w:val="5B2A86"/>
          <w:sz w:val="28"/>
        </w:rPr>
        <w:t>1. Start With the Original</w:t>
      </w:r>
    </w:p>
    <w:p>
      <w:r>
        <w:rPr>
          <w:b/>
        </w:rPr>
        <w:t>Original CV bullet / responsibility: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2. What Did You Actually Do?</w:t>
      </w:r>
    </w:p>
    <w:p>
      <w:r>
        <w:rPr>
          <w:b/>
        </w:rPr>
        <w:t>Describe the work in plain language. What did you own, coordinate, create, improve or deliver?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3. What Action Did You Take?</w:t>
      </w:r>
    </w:p>
    <w:p>
      <w:r>
        <w:rPr>
          <w:b/>
        </w:rPr>
        <w:t>Start with a strong action verb. What exactly did you do?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4. How Did You Do It?</w:t>
      </w:r>
    </w:p>
    <w:p>
      <w:r>
        <w:rPr>
          <w:b/>
        </w:rPr>
        <w:t>Tools, process, method, system, approach or strategy used: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5. What Was the Scope?</w:t>
      </w:r>
    </w:p>
    <w:p>
      <w:r>
        <w:rPr>
          <w:b/>
        </w:rPr>
        <w:t>Think about people, teams, projects, locations, customers, volume, frequency or deadlines: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6. What Changed Because of Your Work?</w:t>
      </w:r>
    </w:p>
    <w:p>
      <w:r>
        <w:rPr>
          <w:b/>
        </w:rPr>
        <w:t>Result / outcome / improvement: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7. Find the Evidence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Evidence Type</w:t>
            </w:r>
          </w:p>
        </w:tc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Your Evidence</w:t>
            </w:r>
          </w:p>
        </w:tc>
      </w:tr>
      <w:tr>
        <w:tc>
          <w:tcPr>
            <w:tcW w:type="dxa" w:w="5184"/>
          </w:tcPr>
          <w:p>
            <w:r>
              <w:t>Revenue / cost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Time saved / turnaround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Volume / scale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People / customers supported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Percentage change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Quality / error reduction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Deadline / delivery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Efficiency / process improvement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Other evidence</w:t>
            </w:r>
          </w:p>
        </w:tc>
        <w:tc>
          <w:tcPr>
            <w:tcW w:type="dxa" w:w="5184"/>
          </w:tcPr>
          <w:p>
            <w:r/>
          </w:p>
        </w:tc>
      </w:tr>
    </w:tbl>
    <w:p>
      <w:r>
        <w:rPr>
          <w:b/>
          <w:color w:val="5B2A86"/>
          <w:sz w:val="28"/>
        </w:rPr>
        <w:t>8. Build the Final Bullet</w:t>
      </w:r>
    </w:p>
    <w:p>
      <w:r>
        <w:t>Formula: ACTION VERB + WHAT YOU DID + HOW / CONTEXT + RESULT</w:t>
      </w:r>
    </w:p>
    <w:p>
      <w:r>
        <w:rPr>
          <w:b/>
        </w:rPr>
        <w:t>Final achievement bullet: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9. Quality Check</w:t>
      </w:r>
    </w:p>
    <w:p>
      <w:pPr>
        <w:pStyle w:val="ListBullet"/>
      </w:pPr>
      <w:r>
        <w:t>The bullet starts with a clear action.</w:t>
      </w:r>
    </w:p>
    <w:p>
      <w:pPr>
        <w:pStyle w:val="ListBullet"/>
      </w:pPr>
      <w:r>
        <w:t>It describes a real contribution I made.</w:t>
      </w:r>
    </w:p>
    <w:p>
      <w:pPr>
        <w:pStyle w:val="ListBullet"/>
      </w:pPr>
      <w:r>
        <w:t>It is relevant to my target role.</w:t>
      </w:r>
    </w:p>
    <w:p>
      <w:pPr>
        <w:pStyle w:val="ListBullet"/>
      </w:pPr>
      <w:r>
        <w:t>It shows evidence of impact where possible.</w:t>
      </w:r>
    </w:p>
    <w:p>
      <w:pPr>
        <w:pStyle w:val="ListBullet"/>
      </w:pPr>
      <w:r>
        <w:t>It does not exaggerate or invent results.</w:t>
      </w:r>
    </w:p>
    <w:p>
      <w:pPr>
        <w:pStyle w:val="ListBullet"/>
      </w:pPr>
      <w:r>
        <w:t>It is concise enough to scan quickly.</w:t>
      </w:r>
    </w:p>
    <w:p>
      <w:r>
        <w:rPr>
          <w:b/>
          <w:color w:val="5B2A86"/>
          <w:sz w:val="28"/>
        </w:rPr>
        <w:t>Repeat</w:t>
      </w:r>
    </w:p>
    <w:p>
      <w:r>
        <w:t>Complete this worksheet for your strongest 3–5 CV bullets before finalising your targeted CV.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