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06</w:t>
      </w:r>
    </w:p>
    <w:p>
      <w:pPr>
        <w:pStyle w:val="Title"/>
      </w:pPr>
      <w:r>
        <w:t>Cover Note &amp; Motivation Guide</w:t>
      </w:r>
    </w:p>
    <w:p>
      <w:r>
        <w:rPr>
          <w:i/>
          <w:color w:val="2E7D5B"/>
        </w:rPr>
        <w:t>Write a concise, role-specific note that connects your experience to the employer's need.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USE STRATEGICALLY</w:t>
              <w:br/>
            </w:r>
            <w:r>
              <w:t>A cover note should add evidence or context. Do not submit a generic letter simply to fill space.</w:t>
            </w:r>
          </w:p>
        </w:tc>
      </w:tr>
    </w:tbl>
    <w:p/>
    <w:p>
      <w:pPr>
        <w:pStyle w:val="Heading2"/>
      </w:pPr>
      <w:r>
        <w:t>1. Why this role</w:t>
      </w:r>
    </w:p>
    <w:p>
      <w:r>
        <w:t>Name the role and give one specific reason it fits your experience or direction.</w:t>
      </w:r>
    </w:p>
    <w:p>
      <w:pPr>
        <w:pStyle w:val="Heading2"/>
      </w:pPr>
      <w:r>
        <w:t>2. Why you</w:t>
      </w:r>
    </w:p>
    <w:p>
      <w:r>
        <w:t>Give 1–2 relevant achievements or capabilities.</w:t>
      </w:r>
    </w:p>
    <w:p>
      <w:pPr>
        <w:pStyle w:val="Heading2"/>
      </w:pPr>
      <w:r>
        <w:t>3. Why this organisation</w:t>
      </w:r>
    </w:p>
    <w:p>
      <w:r>
        <w:t>Show that you understand something specific about the organisation, team or mission.</w:t>
      </w:r>
    </w:p>
    <w:p>
      <w:pPr>
        <w:pStyle w:val="Heading2"/>
      </w:pPr>
      <w:r>
        <w:t>4. Close</w:t>
      </w:r>
    </w:p>
    <w:p>
      <w:r>
        <w:t>State your interest and invite further conversation.</w:t>
      </w:r>
    </w:p>
    <w:p>
      <w:pPr>
        <w:pStyle w:val="Heading1"/>
      </w:pPr>
      <w:r>
        <w:t>Template</w:t>
      </w:r>
    </w:p>
    <w:p>
      <w:r>
        <w:t>Dear [Hiring Manager/Team],</w:t>
        <w:br/>
        <w:br/>
        <w:t>I’m excited to apply for [Role] at [Company] because [specific reason connected to the role].</w:t>
        <w:br/>
        <w:br/>
        <w:t>In my experience, I have [relevant achievement/capability], including [brief evidence]. This has strengthened my ability to [relevant outcome].</w:t>
        <w:br/>
        <w:br/>
        <w:t>I’m particularly interested in [specific company/team reason], and I believe my experience in [relevant area] would allow me to contribute to [specific need].</w:t>
        <w:br/>
        <w:br/>
        <w:t>Thank you for considering my application. I would welcome the opportunity to discuss how I could contribute to the team.</w:t>
        <w:br/>
        <w:br/>
        <w:t>Best regards,</w:t>
        <w:br/>
        <w:t>[Name]</w:t>
      </w:r>
    </w:p>
    <w:p>
      <w:pPr>
        <w:pStyle w:val="Heading1"/>
      </w:pPr>
      <w:r>
        <w:t>Quality test</w:t>
      </w:r>
    </w:p>
    <w:p>
      <w:pPr>
        <w:pStyle w:val="ListBullet"/>
      </w:pPr>
      <w:r>
        <w:t>Could this note only belong to this company and role?</w:t>
      </w:r>
    </w:p>
    <w:p>
      <w:pPr>
        <w:pStyle w:val="ListBullet"/>
      </w:pPr>
      <w:r>
        <w:t>Does it contain evidence rather than adjectives?</w:t>
      </w:r>
    </w:p>
    <w:p>
      <w:pPr>
        <w:pStyle w:val="ListBullet"/>
      </w:pPr>
      <w:r>
        <w:t>Is it concise?</w:t>
      </w:r>
    </w:p>
    <w:p>
      <w:pPr>
        <w:pStyle w:val="ListBullet"/>
      </w:pPr>
      <w:r>
        <w:t>Does it add something beyond the CV?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