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6C3FC5"/>
          <w:sz w:val="16"/>
        </w:rPr>
        <w:t>OPPORTUNITY NAVIGATOR  •  DAY 05</w:t>
      </w:r>
    </w:p>
    <w:p>
      <w:pPr>
        <w:pStyle w:val="Title"/>
      </w:pPr>
      <w:r>
        <w:t>Networking Sprint Worksheet</w:t>
      </w:r>
    </w:p>
    <w:p>
      <w:r>
        <w:rPr>
          <w:i/>
          <w:color w:val="2E7D5B"/>
        </w:rPr>
        <w:t>A focused 60-minute sprint to create momentum without spending the whole day scrolling.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60-MINUTE SPRINT</w:t>
              <w:br/>
            </w:r>
            <w:r>
              <w:t>Set a timer. Work from your target role and target companies. Record every meaningful action in your relationship tracker.</w:t>
            </w:r>
          </w:p>
        </w:tc>
      </w:tr>
    </w:tbl>
    <w:p/>
    <w:p>
      <w:pPr>
        <w:pStyle w:val="Heading1"/>
      </w:pPr>
      <w:r>
        <w:t>0–10 minutes — Map</w:t>
      </w:r>
    </w:p>
    <w:p>
      <w:pPr>
        <w:pStyle w:val="ListBullet"/>
      </w:pPr>
      <w:r>
        <w:t>Choose one target role.</w:t>
      </w:r>
    </w:p>
    <w:p>
      <w:pPr>
        <w:pStyle w:val="ListBullet"/>
      </w:pPr>
      <w:r>
        <w:t>Choose 2–3 target companies.</w:t>
      </w:r>
    </w:p>
    <w:p>
      <w:pPr>
        <w:pStyle w:val="ListBullet"/>
      </w:pPr>
      <w:r>
        <w:t>Identify 10 relevant people.</w:t>
      </w:r>
    </w:p>
    <w:p>
      <w:pPr>
        <w:pStyle w:val="Heading1"/>
      </w:pPr>
      <w:r>
        <w:t>10–25 minutes — Engage</w:t>
      </w:r>
    </w:p>
    <w:p>
      <w:pPr>
        <w:pStyle w:val="ListBullet"/>
      </w:pPr>
      <w:r>
        <w:t>Leave 5 thoughtful comments.</w:t>
      </w:r>
    </w:p>
    <w:p>
      <w:pPr>
        <w:pStyle w:val="ListBullet"/>
      </w:pPr>
      <w:r>
        <w:t>Respond to relevant conversations.</w:t>
      </w:r>
    </w:p>
    <w:p>
      <w:pPr>
        <w:pStyle w:val="ListBullet"/>
      </w:pPr>
      <w:r>
        <w:t>Engage with target-company or industry content.</w:t>
      </w:r>
    </w:p>
    <w:p>
      <w:pPr>
        <w:pStyle w:val="Heading1"/>
      </w:pPr>
      <w:r>
        <w:t>25–40 minutes — Connect</w:t>
      </w:r>
    </w:p>
    <w:p>
      <w:pPr>
        <w:pStyle w:val="ListBullet"/>
      </w:pPr>
      <w:r>
        <w:t>Send 5 personalised connection requests.</w:t>
      </w:r>
    </w:p>
    <w:p>
      <w:pPr>
        <w:pStyle w:val="ListBullet"/>
      </w:pPr>
      <w:r>
        <w:t>Personalise the reason for connecting.</w:t>
      </w:r>
    </w:p>
    <w:p>
      <w:pPr>
        <w:pStyle w:val="Heading1"/>
      </w:pPr>
      <w:r>
        <w:t>40–55 minutes — Reach out</w:t>
      </w:r>
    </w:p>
    <w:p>
      <w:pPr>
        <w:pStyle w:val="ListBullet"/>
      </w:pPr>
      <w:r>
        <w:t>Send 3 personalised messages.</w:t>
      </w:r>
    </w:p>
    <w:p>
      <w:pPr>
        <w:pStyle w:val="ListBullet"/>
      </w:pPr>
      <w:r>
        <w:t>Ask for insight, reconnection or a small next step.</w:t>
      </w:r>
    </w:p>
    <w:p>
      <w:pPr>
        <w:pStyle w:val="ListBullet"/>
      </w:pPr>
      <w:r>
        <w:t>Log each contact.</w:t>
      </w:r>
    </w:p>
    <w:p>
      <w:pPr>
        <w:pStyle w:val="Heading1"/>
      </w:pPr>
      <w:r>
        <w:t>55–60 minutes — Review</w:t>
      </w:r>
    </w:p>
    <w:p>
      <w:pPr>
        <w:pStyle w:val="ListBullet"/>
      </w:pPr>
      <w:r>
        <w:t>Record follow-up dates.</w:t>
      </w:r>
    </w:p>
    <w:p>
      <w:pPr>
        <w:pStyle w:val="ListBullet"/>
      </w:pPr>
      <w:r>
        <w:t>Identify one priority relationship.</w:t>
      </w:r>
    </w:p>
    <w:p>
      <w:pPr>
        <w:pStyle w:val="ListBullet"/>
      </w:pPr>
      <w:r>
        <w:t>Write the next action for each active conversation.</w:t>
      </w:r>
    </w:p>
    <w:p>
      <w:pPr>
        <w:pStyle w:val="Heading1"/>
      </w:pPr>
      <w:r>
        <w:t>Sprint scorecard</w:t>
      </w:r>
    </w:p>
    <w:p>
      <w:r>
        <w:t>Relevant people identified: ____</w:t>
      </w:r>
    </w:p>
    <w:p>
      <w:r>
        <w:t>Meaningful engagements: ____</w:t>
      </w:r>
    </w:p>
    <w:p>
      <w:r>
        <w:t>Connection requests: ____</w:t>
      </w:r>
    </w:p>
    <w:p>
      <w:r>
        <w:t>Personalised messages: ____</w:t>
      </w:r>
    </w:p>
    <w:p>
      <w:r>
        <w:t>Conversations started: ____</w:t>
      </w:r>
    </w:p>
    <w:p>
      <w:r>
        <w:t>Follow-ups scheduled: ____</w:t>
      </w:r>
    </w:p>
    <w:p>
      <w:r>
        <w:t>Most important next action: __________________________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C3FC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6C3FC5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