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D14-R02 Interview &amp; Assessment Debrief Worksheet</w:t>
      </w:r>
    </w:p>
    <w:p>
      <w:pPr>
        <w:jc w:val="center"/>
      </w:pPr>
      <w:r>
        <w:rPr>
          <w:i/>
          <w:color w:val="666666"/>
          <w:sz w:val="20"/>
        </w:rPr>
        <w:t>Capture evidence, lessons and next actions before the details fade</w:t>
      </w:r>
    </w:p>
    <w:p>
      <w:r>
        <w:rPr>
          <w:b/>
          <w:color w:val="6C3FC5"/>
          <w:sz w:val="28"/>
        </w:rPr>
        <w:t>Opportunity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Your Notes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Company / Organisation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Role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Stage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Date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Interviewer / Contact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Format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1. What Happened?</w:t>
      </w:r>
    </w:p>
    <w:p>
      <w:r>
        <w:t>What questions or tasks came up?</w:t>
      </w:r>
    </w:p>
    <w:p>
      <w:r>
        <w:t>________________________________________________________________________________</w:t>
      </w:r>
    </w:p>
    <w:p>
      <w:r>
        <w:t>Which parts went particularly well?</w:t>
      </w:r>
    </w:p>
    <w:p>
      <w:r>
        <w:t>________________________________________________________________________________</w:t>
      </w:r>
    </w:p>
    <w:p>
      <w:r>
        <w:t>Where did I hesitate, ramble or lack evidence?</w:t>
      </w:r>
    </w:p>
    <w:p>
      <w:r>
        <w:t>________________________________________________________________________________</w:t>
      </w:r>
    </w:p>
    <w:p>
      <w:r>
        <w:t>What did I learn about the role, team or organisation?</w:t>
      </w:r>
    </w:p>
    <w:p>
      <w:r>
        <w:t>________________________________________________________________________________</w:t>
      </w:r>
    </w:p>
    <w:p>
      <w:r>
        <w:t>What did the interviewer / assessor seem to care about most?</w:t>
      </w:r>
    </w:p>
    <w:p>
      <w:r>
        <w:t>________________________________________________________________________________</w:t>
      </w:r>
    </w:p>
    <w:p>
      <w:r>
        <w:rPr>
          <w:b/>
          <w:color w:val="6C3FC5"/>
          <w:sz w:val="28"/>
        </w:rPr>
        <w:t>2. Evidence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Requirement / Theme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Evidence I Used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Was It Strong?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I Would Improve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3. Next-Step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Send follow-up / thank-you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Prepare for next stage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Provide requested material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Follow up if no response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4. One Lesson to Carry Forward</w:t>
      </w:r>
    </w:p>
    <w:p>
      <w:r>
        <w:t>The one thing I will do differently in my next interview / assessment is: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