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06</w:t>
      </w:r>
    </w:p>
    <w:p>
      <w:pPr>
        <w:pStyle w:val="Title"/>
      </w:pPr>
      <w:r>
        <w:t>Application Readiness Checklist</w:t>
      </w:r>
    </w:p>
    <w:p>
      <w:r>
        <w:rPr>
          <w:i/>
          <w:color w:val="2E7D5B"/>
        </w:rPr>
        <w:t>A pre-submission quality check for strong, intentional applications.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GOAL</w:t>
              <w:br/>
            </w:r>
            <w:r>
              <w:t>A good application connects the employer's need to your evidence. Check the essentials before you submit.</w:t>
            </w:r>
          </w:p>
        </w:tc>
      </w:tr>
    </w:tbl>
    <w:p/>
    <w:p>
      <w:pPr>
        <w:pStyle w:val="Heading1"/>
      </w:pPr>
      <w:r>
        <w:t>ROLE FIT</w:t>
      </w:r>
    </w:p>
    <w:p>
      <w:r>
        <w:t>☐ I understand the role.</w:t>
      </w:r>
    </w:p>
    <w:p>
      <w:r>
        <w:t>☐ It aligns with my target direction.</w:t>
      </w:r>
    </w:p>
    <w:p>
      <w:r>
        <w:t>☐ I meet the essential requirements or have a credible transferable case.</w:t>
      </w:r>
    </w:p>
    <w:p>
      <w:r>
        <w:t>☐ I can identify 2–3 relevant achievements.</w:t>
      </w:r>
    </w:p>
    <w:p>
      <w:pPr>
        <w:pStyle w:val="Heading1"/>
      </w:pPr>
      <w:r>
        <w:t>CV ALIGNMENT</w:t>
      </w:r>
    </w:p>
    <w:p>
      <w:r>
        <w:t>☐ My CV is tailored.</w:t>
      </w:r>
    </w:p>
    <w:p>
      <w:r>
        <w:t>☐ Relevant experience appears early.</w:t>
      </w:r>
    </w:p>
    <w:p>
      <w:r>
        <w:t>☐ Bullets demonstrate outcomes, not just duties.</w:t>
      </w:r>
    </w:p>
    <w:p>
      <w:r>
        <w:t>☐ Relevant keywords are reflected naturally.</w:t>
      </w:r>
    </w:p>
    <w:p>
      <w:r>
        <w:t>☐ There are no errors or placeholders.</w:t>
      </w:r>
    </w:p>
    <w:p>
      <w:pPr>
        <w:pStyle w:val="Heading1"/>
      </w:pPr>
      <w:r>
        <w:t>APPLICATION FORM</w:t>
      </w:r>
    </w:p>
    <w:p>
      <w:r>
        <w:t>☐ Every required field is complete.</w:t>
      </w:r>
    </w:p>
    <w:p>
      <w:r>
        <w:t>☐ Answers are specific to this role.</w:t>
      </w:r>
    </w:p>
    <w:p>
      <w:r>
        <w:t>☐ Dates and titles are consistent.</w:t>
      </w:r>
    </w:p>
    <w:p>
      <w:r>
        <w:t>☐ All required documents are ready.</w:t>
      </w:r>
    </w:p>
    <w:p>
      <w:pPr>
        <w:pStyle w:val="Heading1"/>
      </w:pPr>
      <w:r>
        <w:t>MOTIVATION</w:t>
      </w:r>
    </w:p>
    <w:p>
      <w:r>
        <w:t>☐ I can explain why this role.</w:t>
      </w:r>
    </w:p>
    <w:p>
      <w:r>
        <w:t>☐ I can explain why this organisation.</w:t>
      </w:r>
    </w:p>
    <w:p>
      <w:r>
        <w:t>☐ I connect my experience to the role's needs.</w:t>
      </w:r>
    </w:p>
    <w:p>
      <w:r>
        <w:t>☐ My writing is concise and specific.</w:t>
      </w:r>
    </w:p>
    <w:p>
      <w:pPr>
        <w:pStyle w:val="Heading1"/>
      </w:pPr>
      <w:r>
        <w:t>FINAL CHECK</w:t>
      </w:r>
    </w:p>
    <w:p>
      <w:r>
        <w:t>☐ Spelling and grammar are checked.</w:t>
      </w:r>
    </w:p>
    <w:p>
      <w:r>
        <w:t>☐ Links work.</w:t>
      </w:r>
    </w:p>
    <w:p>
      <w:r>
        <w:t>☐ Correct CV/version is attached.</w:t>
      </w:r>
    </w:p>
    <w:p>
      <w:r>
        <w:t>☐ File names are professional.</w:t>
      </w:r>
    </w:p>
    <w:p>
      <w:r>
        <w:t>☐ I have logged the application.</w:t>
      </w:r>
    </w:p>
    <w:p>
      <w:pPr>
        <w:pStyle w:val="Heading1"/>
      </w:pPr>
      <w:r>
        <w:t>Final decision</w:t>
      </w:r>
    </w:p>
    <w:p>
      <w:r>
        <w:t>☐ Submit now   ☐ Improve first   ☐ Do not apply</w:t>
      </w:r>
    </w:p>
    <w:p>
      <w:r>
        <w:t>One improvement I made: ____________________________________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