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Job Description Breakdown Worksheet</w:t>
      </w:r>
    </w:p>
    <w:p>
      <w:r>
        <w:rPr>
          <w:i/>
          <w:color w:val="2E7D5B"/>
        </w:rPr>
        <w:t>Turn a job description into an application strategy.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READ FOR SIGNALS</w:t>
              <w:br/>
            </w:r>
            <w:r>
              <w:t>Extract what the employer is actually asking for before tailoring your application.</w:t>
            </w:r>
          </w:p>
        </w:tc>
      </w:tr>
    </w:tbl>
    <w:p/>
    <w:p>
      <w:pPr>
        <w:pStyle w:val="Heading1"/>
      </w:pPr>
      <w:r>
        <w:t>1. PURPOSE</w:t>
      </w:r>
    </w:p>
    <w:p>
      <w:pPr>
        <w:pStyle w:val="ListBullet"/>
      </w:pPr>
      <w:r>
        <w:t>What is the role trying to achieve?</w:t>
      </w:r>
    </w:p>
    <w:p>
      <w:pPr>
        <w:pStyle w:val="ListBullet"/>
      </w:pPr>
      <w:r>
        <w:t>What outcomes appear most important?</w:t>
      </w:r>
    </w:p>
    <w:p>
      <w:pPr>
        <w:pStyle w:val="Heading1"/>
      </w:pPr>
      <w:r>
        <w:t>2. RESPONSIBILITIES</w:t>
      </w:r>
    </w:p>
    <w:p>
      <w:pPr>
        <w:pStyle w:val="ListBullet"/>
      </w:pPr>
      <w:r>
        <w:t>What will this person actually do?</w:t>
      </w:r>
    </w:p>
    <w:p>
      <w:pPr>
        <w:pStyle w:val="ListBullet"/>
      </w:pPr>
      <w:r>
        <w:t>Which responsibilities repeat?</w:t>
      </w:r>
    </w:p>
    <w:p>
      <w:pPr>
        <w:pStyle w:val="Heading1"/>
      </w:pPr>
      <w:r>
        <w:t>3. REQUIREMENTS</w:t>
      </w:r>
    </w:p>
    <w:p>
      <w:pPr>
        <w:pStyle w:val="ListBullet"/>
      </w:pPr>
      <w:r>
        <w:t>Which requirements are essential?</w:t>
      </w:r>
    </w:p>
    <w:p>
      <w:pPr>
        <w:pStyle w:val="ListBullet"/>
      </w:pPr>
      <w:r>
        <w:t>Which are nice-to-have?</w:t>
      </w:r>
    </w:p>
    <w:p>
      <w:pPr>
        <w:pStyle w:val="ListBullet"/>
      </w:pPr>
      <w:r>
        <w:t>Which skills are technical, functional or behavioural?</w:t>
      </w:r>
    </w:p>
    <w:p>
      <w:pPr>
        <w:pStyle w:val="Heading1"/>
      </w:pPr>
      <w:r>
        <w:t>4. EVIDENCE</w:t>
      </w:r>
    </w:p>
    <w:p>
      <w:pPr>
        <w:pStyle w:val="ListBullet"/>
      </w:pPr>
      <w:r>
        <w:t>What have I done that proves I can handle each major requirement?</w:t>
      </w:r>
    </w:p>
    <w:p>
      <w:pPr>
        <w:pStyle w:val="Heading1"/>
      </w:pPr>
      <w:r>
        <w:t>5. KEYWORDS</w:t>
      </w:r>
    </w:p>
    <w:p>
      <w:pPr>
        <w:pStyle w:val="ListBullet"/>
      </w:pPr>
      <w:r>
        <w:t>Which role titles, tools, methodologies and functional terms repeat?</w:t>
      </w:r>
    </w:p>
    <w:p>
      <w:pPr>
        <w:pStyle w:val="Heading1"/>
      </w:pPr>
      <w:r>
        <w:t>Requirement-to-evidence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Requirement / keyword</w:t>
            </w:r>
          </w:p>
        </w:tc>
        <w:tc>
          <w:tcPr>
            <w:tcW w:type="dxa" w:w="2520"/>
          </w:tcPr>
          <w:p>
            <w:r>
              <w:t>Essential?</w:t>
            </w:r>
          </w:p>
        </w:tc>
        <w:tc>
          <w:tcPr>
            <w:tcW w:type="dxa" w:w="2520"/>
          </w:tcPr>
          <w:p>
            <w:r>
              <w:t>My evidence</w:t>
            </w:r>
          </w:p>
        </w:tc>
        <w:tc>
          <w:tcPr>
            <w:tcW w:type="dxa" w:w="2520"/>
          </w:tcPr>
          <w:p>
            <w:r>
              <w:t>Where I will show it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>
      <w:r>
        <w:t>Employer's biggest need: ______________________________</w:t>
      </w:r>
    </w:p>
    <w:p>
      <w:r>
        <w:t>My strongest evidence: _________________________________</w:t>
      </w:r>
    </w:p>
    <w:p>
      <w:r>
        <w:t>My application angle: _________________________________</w:t>
      </w:r>
    </w:p>
    <w:p>
      <w:r>
        <w:t>My biggest gap and response: __________________________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